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14B" w:rsidRDefault="00680F08">
      <w:r w:rsidRPr="00680F0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СКАНЫ ТИТУЛЬНЫХ ЛИСТОВ\Ан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ТИТУЛЬНЫХ ЛИСТОВ\Анг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8" w:rsidRDefault="00680F08"/>
    <w:p w:rsidR="00680F08" w:rsidRDefault="00680F08"/>
    <w:p w:rsidR="00680F08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80F08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ПОЯСНИТЕЛЬНАЯ ЗАПИСКА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5 КЛАСС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Рабочая программа по английскому языку для обучающихся 5 классов составлена на основе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образовательной программы основного общего образования 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элементов содержания,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ОБЩАЯ ХАРАКТЕРИСТИКА УЧЕБНОГО ПРЕДМЕТА «ИНОСТРАННЫЙ (АНГЛИЙСКИЙ) ЯЗЫК»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учитывающее особенности культуры партнёра, что позволяет успешнее решать возникающие проблемы и избегать конфликтов.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ЦЕЛИ ИЗУЧЕНИЯ УЧЕБНОГО ПРЕДМЕТА «ИНОСТРАННЫЙ (АНГЛИЙСКИЙ) ЯЗЫК»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ценностном, когнитивном и прагматическом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уровнях и, соответственно,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воплощаются в личностных, метапредметных/общеучебных/универсальных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взаимопониманию между людьми разных стран.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прагматическом уровне </w:t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целью иноязычного образования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речевая компетенция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языковая компетенция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овладение новыми языковыми средствами (фонетическими,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социокультурная/межкультурная компетенция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компенсаторная компетенция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Наряду с иноязычной коммуникативной компетенцией средствами иностранного языка формируются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ключевые универсальные учебные компетенции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680F08" w:rsidRPr="00423BE1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иностранным языкам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МЕСТО УЧЕБНОГО ПРЕДМЕТА В УЧЕБНОМ ПЛАНЕ «ИНОСТРАННЫЙ (АНГЛИЙСКИЙ) ЯЗЫК»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учебных часа, по 3 часа в неделю.</w:t>
      </w:r>
    </w:p>
    <w:p w:rsidR="00680F08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СОДЕРЖАНИЕ УЧЕБНОГО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ПРЕДМЕТА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Моя семья. Мои друзья. Семейные праздники: день рождения, Новый год.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Здоровый образ жизни: режим труда и отдыха, здоровое питание.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Покупки: одежда, обувь и продукты питания.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Школа, школьная жизнь, школьная форма, изучаемые предметы. Переписка с зарубежными сверстниками.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Каникулы в различное время года. Виды отдыха.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Природа: дикие и домашние животные. Погода. Родной город/село. Транспорт.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Выдающиеся люди родной страны и страны/стран изучаемого языка: писатели, поэты.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диалогической речи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базе умений, сформированных в начальной школе: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диалог этикетного характера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начинать,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диалог-побуждение к действию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диалог-расспрос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: сообщать фактическую информацию, отвечая на вопросы разных видов; запрашивать интересующую информацию.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диалога — до 5 реплик со стороны каждого собеседника.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монологической речи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базе умений, сформированных в начальной школе: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1) создание устных  связных  монологических  высказываний с использованием основных коммуникативных типов речи: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—   повествование/сообщение;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изложение (пересказ) основного содержания прочитанного текста;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3) краткое изложение результатов выполненной проектной работы.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монологического высказывания — 5-6 фраз.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аудирования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базе умений, сформированных в начальной школе: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 непосредственном общении: понимание на слух речи учителя и одноклассников и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вербальная/невербальная реакция на услышанное;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запрашиваемой информации предполагает умение выделять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запрашиваемую информацию, представленную в эксплицитной (явной) форме, в воспринимаемом на слух тексте.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Время звучания текста/текстов для аудирования — до 1 минуты.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несущественные для понимания основного содержания.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несплошных текстов (таблиц) и понимание представленной в них информации.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текста/текстов для чтения — 180-200 слов.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Письменная речь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умений письменной речи на базе умений, сформированных в начальной школе: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написание коротких поздравлений с праздниками (с Новым годом, Рождеством, днём рождения);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ЯЗЫКОВЫЕ ЗНАНИЯ И УМЕНИЯ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Фонетическая сторона речи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Различение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демонстрирующее понимание текста.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 для чтения вслух — до 90 слов.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Графика, орфография и пунктуация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написание изученных слов.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Лексическая сторона речи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Основные способы словообразования: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аффиксация: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образование имён существительных при помощи суффиксов -er/-or (teacher/visitor), -ist (scientist, tourist),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-sion/-tion (dis- cussion/invitation);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имён прилагательных при помощи суффиксов -ful (wonderful), -ian/-an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(Russian/American);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образование наречий при помощи суффикса -ly (recently);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имён прилагательных, имён существительных и наречий при помощи отрицательного префикса un- (unhappy, unreality, unusually).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Грамматическая сторона речи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Предложения с несколькими обстоятельствами, следующими в определённом порядке.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Вопросительные предложения (альтернативный и разделительный вопросы в Present/Past/Future Simple Tense).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Глаголы в видовременных формах действительного залога в изъявительном наклонении в Present Perfect Tense в повествовательных (утвердительных и отрицательных) и вопросительных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предложениях.</w:t>
      </w:r>
    </w:p>
    <w:p w:rsidR="00680F08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Имена существительные во множественном числе, в том числе имена существительные, имеющие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форму только множественного числа.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Имена существительные с причастиями настоящего и прошедшего времени.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Наречия в положительной, сравнительной и превосходной степенях, образованные по правилу, и исключения.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СОЦИОКУЛЬТУРНЫЕ ЗНАНИЯ И УМЕНИЯ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Формирование умений: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писать свои имя и фамилию, а также имена и фамилии своих родственников и друзей на английском языке; правильно оформлять свой адрес на английском языке (в анкете, формуляре);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кратко представлять Россию и страну/страны изучаемого языка;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КОМПЕНСАТОРНЫЕ УМЕНИЯ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при чтении и аудировании языковой, в том числе контекстуальной, догадки.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в качестве опоры при порождении собственных высказываний ключевых слов, плана.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ПЛАНИРУЕМЫЕ ОБРАЗОВАТЕЛЬНЫЕ РЕЗУЛЬТАТЫ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английского языка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ЛИЧНОСТНЫЕ РЕЗУЛЬТАТЫ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Личностные результаты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Гражданского 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активное участие в жизни семьи, Организации, местного сообщества, родного края, страны;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неприятие любых форм экстремизма, дискриминации; понимание роли различных социальных институтов в жизни человека;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способах противодействия коррупции; готовность к разнообразной совместной деятельности, стремление 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взаимопониманию и взаимопомощи, активное участие в школьном самоуправлении;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гуманитарной деятельности (волонтёрство, помощь людям, нуждающимся в ней).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Патриотического 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Духовно-нравственного 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моральные ценности и нормы в ситуациях нравственного выбора;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Эстетического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стремление к самовыражению в разных видах искусства.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Физического воспитания, формирования культуры здоровья и эмоционального благополучия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ценности жизни;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последствий и неприятие вредных привычек (употребление алкоголя, наркотиков, курение) 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иных форм вреда для физического и психического здоровья;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соблюдение правил безопасности, в том числе навыков безопасного поведения в интернет-среде;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адаптироваться к стрессовым ситуациям и меняющимся социальным,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умение принимать себя и других, не осуждая;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сформированность навыка рефлексии, признание своего права на ошибку и такого же права другого человека.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Трудового 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адаптироваться в профессиональной среде;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уважение к труду и результатам трудовой деятельности;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Экологического воспитания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практической деятельности экологической направленности.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Ценности научного познания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овладение языковой и читательской культурой как средством познания мира;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основными навыками исследовательской деятельности, установка на осмысление опыта,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Личностные результаты, обеспечивающие адаптацию обучающегося к изменяющимся условиям социальной и природной среды, включают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деятельности, а также в рамках социального взаимодействия с людьми из другой культурной среды;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умение распознавать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анализировать и выявлять взаимосвязи природы, общества и экономики;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стрессовую ситуацию как вызов, требующий контрмер;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ситуацию стресса, корректировать принимаемые решения и действия;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формулировать и оценивать риски и последствия, формировать опыт, уметь находить позитивное в произошедшей ситуации;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быть готовым действовать в отсутствие гарантий успеха.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МЕТАПРЕДМЕТНЫЕ РЕЗУЛЬТАТЫ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Метапредметные результаты освоения программы основного общего образования, в том числе адаптированной, должны отражать: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познавательными действиями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1) базовые логические действия: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и характеризовать существенные признаки объектов (явлений);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предлагать критерии для выявления закономерностей и противоречий;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дефицит информации, данных, необходимых для решения поставленной задачи;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причинно-следственные связи при изучении явлений и процессов;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 </w:t>
      </w:r>
      <w:r w:rsidRPr="00423BE1">
        <w:rPr>
          <w:rFonts w:ascii="Times New Roman" w:hAnsi="Times New Roman" w:cs="Times New Roman"/>
          <w:sz w:val="20"/>
          <w:szCs w:val="20"/>
        </w:rPr>
        <w:tab/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базовые исследовательские действия: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вопросы как исследовательский инструмент познания;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гипотезу об истинности собственных суждений и суждений других,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аргументировать свою позицию, мнение;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прогнозировать возможное дальнейшее развитие процессов, событий и их последствия в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аналогичных или сходных ситуациях, выдвигать предположения об их развитии в новых условиях и контекстах;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3) работа с информацией: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надёжность информации по критериям, предложенным педагогическим работником или сформулированным самостоятельно;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эффективно запоминать и систематизировать информацию.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коммуникативными действиями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общение: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выражать себя (свою точку зрения) в устных и письменных текстах;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сопоставлять свои суждения с суждениями других участников диалога, обнаруживать различие и сходство позиций;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публично представлять результаты выполненного опыта (эксперимента, исследования, проекта);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совместная деятельность: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уметь обобщать мнения нескольких людей, проявлять готовность руководить, выполнять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поручения, подчиняться;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членами команды;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качество своего вклада в общий продукт по критериям, самостоятельно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сформулированным участниками взаимодействия;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сравнивать результаты с исходной задачей и вклад каждого члена команды в достижение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регулятивными действиями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1) самоорганизация: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выявлять проблемы для решения в жизненных и учебных ситуациях;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делать выбор и брать ответственность за решение;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самоконтроль: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владеть способами самоконтроля, самомотивации и рефлексии;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давать адекватную оценку ситуации и предлагать план её изменения;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 соответствие результата цели и условиям;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3) эмоциональный интеллект: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различать, называть и управлять собственными эмоциями и эмоциями других;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и анализировать причины эмоций;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ставить себя на место другого человека, понимать мотивы и намерения другого;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регулировать способ выражения эмоций;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4) принятие себя и других: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осознанно относиться к другому человеку, его мнению; признавать своё право на ошибку и такое же право другого; принимать себя и других, не осуждая;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открытость себе и другим;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осознавать невозможность контролировать всё вокруг.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ПРЕДМЕТНЫЕ РЕЗУЛЬТАТЫ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680F08" w:rsidRPr="006B369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1) Владеть основными видами речевой деятельности: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вести разные виды диалогов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 </w:t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создавать разные виды монологических высказываний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основное содержание прочитанного текста с вербальными и/или зрительными опорами (объём — 5-6 фраз); кратко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результаты  выполненной проектной работы (объём — до 6 фраз);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воспринимать на слух и понимать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аудирования — до 1 минуты);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смысловое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чтение: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про себя и понимать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несплошные тексты (таблицы) и понимать представленную в них информацию;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письменная речь: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короткие поздравления с праздниками; заполнять анкеты и формуляры, сообщая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 себе основные сведения, в соответствии с нормами, принятыми в стране/странах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изучаемого языка;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 w:firstLine="707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владеть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фонетическими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различать на слух и адекватно,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без ошибок, ведущих к сбою коммуникации,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произносить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применять правила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отсутствия фразового ударения на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служебных словах;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выразительно читать вслух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владеть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орфографическими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правильно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изученные слова;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владеть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пунктуационными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навыками: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использовать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3)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звучащем и письменном тексте 675 лексических единиц (слов, словосочетаний, речевых клише) и правильно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625 лексических единиц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родственные слова, образованные с использованием аффиксации: имена существительные с суффиксами -er/-or, -ist, -sion/- tion; имена прилагательные с суффиксами -ful, -ian/-an; наречия с суффиксом -ly; имена прилагательные, имена существительные и наречия с отрицательным префиксом un-;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изученные синонимы и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интернациональные слова;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4)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 и понимать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 письменном и звучащем тексте и употреблять в устной и письменной речи:</w:t>
      </w:r>
      <w:r w:rsidRPr="00423BE1">
        <w:rPr>
          <w:rFonts w:ascii="Times New Roman" w:hAnsi="Times New Roman" w:cs="Times New Roman"/>
          <w:sz w:val="20"/>
          <w:szCs w:val="20"/>
        </w:rPr>
        <w:tab/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предложения с несколькими обстоятельствами, следующими в определённом порядке;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 вопросительные предложения (альтернативный и разделительный вопросы в Present/Past/Future Simple Tense);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 глаголы в  видо-временных  формах  действительного  залога в изъявительном наклонении в Present Perfect Tense в повествовательных (утвердительных и отрицательных) и вопросительных предложениях;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 имена существительные с причастиями настоящего и прошедшего времени;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- наречия в положительной, сравнительной и превосходной степенях, образованные по правилу, и исключения;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5)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социокультурными знаниями и умениями: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- использовать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- знать/понимать и использовать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- правильно оформлять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адрес, писать фамилии и имена (свои, родственников и друзей) на английском языке (в анкете, формуляре);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- обладать базовыми знаниями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о социокультурном портрете родной страны и страны/стран изучаемого языка;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кратко представлять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Россию и страны/стран изучаемого языка;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6) </w:t>
      </w:r>
      <w:r w:rsidRPr="00423BE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компенсаторными умениями: использовать при чтении и аудировании языковую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680F08" w:rsidRPr="00423BE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680F08" w:rsidRPr="00905F43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709" w:right="-52"/>
        <w:jc w:val="both"/>
        <w:rPr>
          <w:rFonts w:ascii="Times New Roman" w:hAnsi="Times New Roman" w:cs="Times New Roman"/>
          <w:sz w:val="20"/>
          <w:szCs w:val="20"/>
        </w:rPr>
        <w:sectPr w:rsidR="00680F08" w:rsidRPr="00905F43" w:rsidSect="00F02CB1">
          <w:pgSz w:w="11900" w:h="16840"/>
          <w:pgMar w:top="709" w:right="698" w:bottom="567" w:left="666" w:header="720" w:footer="720" w:gutter="0"/>
          <w:cols w:space="720" w:equalWidth="0">
            <w:col w:w="10536" w:space="0"/>
          </w:cols>
          <w:docGrid w:linePitch="360"/>
        </w:sectPr>
      </w:pPr>
      <w:r w:rsidRPr="00423BE1">
        <w:rPr>
          <w:rFonts w:ascii="Times New Roman" w:hAnsi="Times New Roman" w:cs="Times New Roman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left="709" w:right="-52"/>
        <w:jc w:val="center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lastRenderedPageBreak/>
        <w:t>ТЕМАТИЧЕСКОЕ ПЛАНИРОВАНИЕ</w:t>
      </w:r>
    </w:p>
    <w:tbl>
      <w:tblPr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850"/>
        <w:gridCol w:w="1276"/>
        <w:gridCol w:w="1418"/>
        <w:gridCol w:w="1134"/>
        <w:gridCol w:w="2835"/>
        <w:gridCol w:w="1701"/>
        <w:gridCol w:w="2613"/>
      </w:tblGrid>
      <w:tr w:rsidR="00680F08" w:rsidRPr="00423BE1" w:rsidTr="00AE711E">
        <w:trPr>
          <w:trHeight w:hRule="exact" w:val="34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br/>
              <w:t>изучения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 xml:space="preserve">Виды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br/>
              <w:t>деятельности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Виды, формы контроля</w:t>
            </w:r>
          </w:p>
        </w:tc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680F08" w:rsidRPr="00423BE1" w:rsidTr="00AE711E">
        <w:trPr>
          <w:trHeight w:hRule="exact" w:val="54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6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практические работы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680F08" w:rsidTr="00AE711E">
        <w:trPr>
          <w:trHeight w:hRule="exact" w:val="10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>Моя семья. Мои друзья. Семейные праздники (день рождения, Новый год)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Аудирование; Смысловое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>чтение; Письменная речь;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6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http://www.bilingual.ru/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hyperlink r:id="rId7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lesson/2875/main/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14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>Внешность и характер человека/литературного персонажа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8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 lesson/920/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hyperlink r:id="rId9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lesson/2896/start/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</w:p>
        </w:tc>
      </w:tr>
      <w:tr w:rsidR="00680F08" w:rsidRPr="00680F08" w:rsidTr="00AE711E">
        <w:trPr>
          <w:trHeight w:hRule="exact" w:val="9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Каникулы в различное время года.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Виды отдыха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Лексическая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 lesson/925/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EE6D4C">
              <w:rPr>
                <w:rFonts w:ascii="Times New Roman" w:hAnsi="Times New Roman" w:cs="Times New Roman"/>
                <w:sz w:val="20"/>
                <w:szCs w:val="20"/>
              </w:rPr>
              <w:t xml:space="preserve">Школа, школьная жизнь, школьная форма, изучаемые предметы.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Переписка с зарубежными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Письменная речь; Орфография и пунктуация;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Самооценка с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использованием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«Оценочного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листа»;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 lesson/520/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Родной город/село. 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Контрольная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работа;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>Диктант;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lesson/2842/star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                             </w:t>
            </w:r>
            <w:hyperlink r:id="rId13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http://www.bilingual.ru/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1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>Выдающиеся люди родной страны и страны/стран изучаемого языка: писатели, поэты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Письменная речь; Орфография и пунктуация;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Грамматическая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4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http://www.bilingual.ru/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hyperlink r:id="rId15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http://prosv.ru/umk/ vereshchagina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7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1.7.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Природа: дикие и домашние животные.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Погода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Грамматическая сторона речи;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>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Контрольная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работа;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>Диктант;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6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lesson/504/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>Родная страна и страна/страны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</w:t>
            </w:r>
          </w:p>
          <w:p w:rsidR="00680F08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Смысловое чтение; </w:t>
            </w:r>
          </w:p>
          <w:p w:rsidR="00680F08" w:rsidRPr="000A6C34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>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>Тестирование;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Style w:val="af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hyperlink r:id="rId17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lesson/2828/main/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8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http://prosv.ru/umk/ vereshchagina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1.9.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Здоровый образ жизни: режим труда и отдыха. </w:t>
            </w: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Здоровое питание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1A1FC1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Контрольная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работа;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>Диктант;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9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http://www.bilingual.ru/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hyperlink r:id="rId20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http://prosv.ru/umk/ vereshchagina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 w:hanging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Смысловое чтение; Письменная речь; Лексическая сторона речи;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>Социокультурные знания и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Письменный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D216D3">
              <w:rPr>
                <w:rFonts w:ascii="Times New Roman" w:hAnsi="Times New Roman" w:cs="Times New Roman"/>
                <w:sz w:val="20"/>
                <w:szCs w:val="20"/>
              </w:rPr>
              <w:br/>
              <w:t>Диктант;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1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lesson/2833/main/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2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http://prosv.ru/umk/ vereshchagina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680F08" w:rsidTr="00AE711E">
        <w:trPr>
          <w:trHeight w:hRule="exact" w:val="1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right="-52" w:firstLine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1.11.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D216D3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D216D3">
              <w:rPr>
                <w:rFonts w:ascii="Times New Roman" w:hAnsi="Times New Roman" w:cs="Times New Roman"/>
                <w:sz w:val="20"/>
                <w:szCs w:val="20"/>
              </w:rPr>
              <w:t>Покупки: одежда, обувь и продукты питания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36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>Социокультурные знания и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0A6C34" w:rsidRDefault="00680F08" w:rsidP="00AE711E">
            <w:pPr>
              <w:spacing w:after="0" w:line="240" w:lineRule="auto"/>
              <w:ind w:left="14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0A6C34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Контрольная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работа; </w:t>
            </w:r>
            <w:r w:rsidRPr="000A6C34">
              <w:rPr>
                <w:rFonts w:ascii="Times New Roman" w:hAnsi="Times New Roman" w:cs="Times New Roman"/>
                <w:sz w:val="20"/>
                <w:szCs w:val="20"/>
              </w:rPr>
              <w:br/>
              <w:t>Диктант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Style w:val="af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hyperlink r:id="rId23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https://resh.edu.ru/subject/ lesson/5147/main/146752/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  <w:p w:rsidR="00680F08" w:rsidRPr="00680F08" w:rsidRDefault="00680F08" w:rsidP="00AE711E">
            <w:pPr>
              <w:spacing w:after="0" w:line="240" w:lineRule="auto"/>
              <w:ind w:left="142" w:right="-5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4" w:history="1">
              <w:r w:rsidRPr="00680F08">
                <w:rPr>
                  <w:rStyle w:val="afe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http://prosv.ru/umk/ vereshchagina</w:t>
              </w:r>
            </w:hyperlink>
            <w:r w:rsidRPr="00680F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80F08" w:rsidRPr="00423BE1" w:rsidTr="00AE711E">
        <w:trPr>
          <w:trHeight w:hRule="exact" w:val="615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A1FC1" w:rsidRDefault="00680F08" w:rsidP="00AE711E">
            <w:pPr>
              <w:spacing w:after="0" w:line="240" w:lineRule="auto"/>
              <w:ind w:left="432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1A1FC1">
              <w:rPr>
                <w:rFonts w:ascii="Times New Roman" w:hAnsi="Times New Roman" w:cs="Times New Roman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139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709" w:right="-52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709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BE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423BE1" w:rsidRDefault="00680F08" w:rsidP="00AE711E">
            <w:pPr>
              <w:spacing w:after="0" w:line="240" w:lineRule="auto"/>
              <w:ind w:left="709" w:right="-5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0F08" w:rsidRPr="00423BE1" w:rsidRDefault="00680F08" w:rsidP="00680F08">
      <w:pPr>
        <w:spacing w:after="0" w:line="240" w:lineRule="auto"/>
        <w:ind w:right="-52"/>
        <w:jc w:val="both"/>
        <w:rPr>
          <w:rFonts w:ascii="Times New Roman" w:hAnsi="Times New Roman" w:cs="Times New Roman"/>
          <w:sz w:val="20"/>
          <w:szCs w:val="20"/>
        </w:rPr>
        <w:sectPr w:rsidR="00680F08" w:rsidRPr="00423BE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УЧЕБНО-МЕТОДИЧЕСКОЕ ОБЕСПЕЧЕНИЕ ОБРАЗОВАТЕЛЬНОГО ПРОЦЕССА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Верещагина И.Н., Афанасьева О.В. Английский язык (в 2 частях). 5 класс. АО «Издательство «Просвещение».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МЕТОДИЧЕСКИЕ МАТЕРИАЛЫ ДЛЯ УЧИТЕЛЯ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Английский язык. Книга для учителя. 5 класс, Верещагина И. Н., Афанасьева О.В.; Английский язык. Книга для чтения. 5 класс, Верещагина И. Н., Афанасьева О.В.; Английский язык. Рабочая тетрадь. 5 класс, Верещагина И.Н., Афанасьева О.В.; Английский язык. Контрольные и проверочные работы. 5 класс, Терентьева Н.М.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ЦИФРОВЫЕ ОБРАЗОВАТЕЛЬНЫЕ РЕСУРСЫ И РЕСУРСЫ СЕТИ ИНТЕРНЕТ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hyperlink r:id="rId25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http://prosv.ru/umk/vereshchagina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26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https://resh.edu.ru/subject/11/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27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http://www.onestopenglish.com/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28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http://school-collection.edu.ru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29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http://www.ege.edu.ru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0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http://www.fipi.ru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1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http://edu.ru/index.php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2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http://www.fsu.edu.ru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3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http://www.4teachers.org/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4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http://school.iot.ru/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5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www.thefreedictionary.com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hyperlink r:id="rId36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http://www.incredimail.com/english/gifts/c...008-ecards.aspx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hyperlink r:id="rId37" w:history="1">
        <w:r w:rsidRPr="00423BE1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http://www.edu.ru/modules.php</w:t>
        </w:r>
      </w:hyperlink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? </w:t>
      </w:r>
    </w:p>
    <w:p w:rsidR="00680F08" w:rsidRPr="00423BE1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hAnsi="Times New Roman" w:cs="Times New Roman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МАТЕРИАЛЬНО-ТЕХНИЧЕСКОЕ ОБЕСПЕЧЕНИЕ ОБРАЗОВАТЕЛЬНОГО ПРОЦЕССА</w:t>
      </w:r>
      <w:r w:rsidRPr="00423BE1">
        <w:rPr>
          <w:rFonts w:ascii="Times New Roman" w:hAnsi="Times New Roman" w:cs="Times New Roman"/>
          <w:sz w:val="20"/>
          <w:szCs w:val="20"/>
        </w:rPr>
        <w:t xml:space="preserve"> </w:t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УЧЕБНОЕ ОБОРУДОВАНИЕ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Демонстрационные таблицы, словари</w:t>
      </w:r>
    </w:p>
    <w:p w:rsidR="00680F08" w:rsidRDefault="00680F08" w:rsidP="00680F08">
      <w:pPr>
        <w:autoSpaceDE w:val="0"/>
        <w:autoSpaceDN w:val="0"/>
        <w:spacing w:after="0"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23BE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ОБОРУДОВАНИЕ ДЛЯ ПРОВЕДЕНИЯ ЛАБОРАТОРНЫХ, ПРАКТИЧЕСКИХ РАБОТ, ДЕМОНСТРАЦИЙ </w:t>
      </w:r>
      <w:r w:rsidRPr="00423BE1">
        <w:rPr>
          <w:rFonts w:ascii="Times New Roman" w:hAnsi="Times New Roman" w:cs="Times New Roman"/>
          <w:sz w:val="20"/>
          <w:szCs w:val="20"/>
        </w:rPr>
        <w:br/>
      </w:r>
      <w:r w:rsidRPr="00423BE1">
        <w:rPr>
          <w:rFonts w:ascii="Times New Roman" w:eastAsia="Times New Roman" w:hAnsi="Times New Roman" w:cs="Times New Roman"/>
          <w:color w:val="000000"/>
          <w:sz w:val="20"/>
          <w:szCs w:val="20"/>
        </w:rPr>
        <w:t>Мультимедийный проектор, интерактивная доска.</w:t>
      </w:r>
    </w:p>
    <w:p w:rsidR="00680F08" w:rsidRPr="00BC2C6D" w:rsidRDefault="00680F08" w:rsidP="00680F08">
      <w:pPr>
        <w:tabs>
          <w:tab w:val="left" w:pos="142"/>
        </w:tabs>
        <w:spacing w:after="0" w:line="240" w:lineRule="auto"/>
        <w:ind w:right="798" w:hanging="142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BC2C6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 ВОСПИТАТЕЛЬНЫЙ ПОТЕНЦИАЛ ПРЕДМЕТА «АНГЛИЙСКИЙ ЯЗЫК» РЕАЛИЗУЕТСЯ ЧЕРЕЗ:</w:t>
      </w:r>
    </w:p>
    <w:p w:rsidR="00680F08" w:rsidRPr="00BC2C6D" w:rsidRDefault="00680F08" w:rsidP="00680F08">
      <w:pPr>
        <w:pStyle w:val="ae"/>
        <w:numPr>
          <w:ilvl w:val="0"/>
          <w:numId w:val="10"/>
        </w:numPr>
        <w:spacing w:after="0" w:line="240" w:lineRule="auto"/>
        <w:ind w:left="0" w:right="798" w:hanging="14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C2C6D">
        <w:rPr>
          <w:rFonts w:ascii="Times New Roman" w:hAnsi="Times New Roman" w:cs="Times New Roman"/>
          <w:sz w:val="20"/>
          <w:szCs w:val="20"/>
          <w:lang w:val="ru-RU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80F08" w:rsidRPr="00BC2C6D" w:rsidRDefault="00680F08" w:rsidP="00680F08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right="798" w:hanging="14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C2C6D">
        <w:rPr>
          <w:rFonts w:ascii="Times New Roman" w:hAnsi="Times New Roman" w:cs="Times New Roman"/>
          <w:sz w:val="20"/>
          <w:szCs w:val="20"/>
          <w:lang w:val="ru-RU"/>
        </w:rPr>
        <w:t>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</w:t>
      </w:r>
      <w:r w:rsidRPr="00BC2C6D">
        <w:rPr>
          <w:rFonts w:ascii="Times New Roman" w:hAnsi="Times New Roman" w:cs="Times New Roman"/>
          <w:sz w:val="20"/>
          <w:szCs w:val="20"/>
        </w:rPr>
        <w:t> </w:t>
      </w:r>
      <w:hyperlink r:id="rId38" w:tooltip="Решение прикладных задач Цель обучения 2 2 использовать абсолютную и относительную ссылки" w:history="1">
        <w:r w:rsidRPr="00BC2C6D">
          <w:rPr>
            <w:rStyle w:val="afe"/>
            <w:rFonts w:ascii="Times New Roman" w:hAnsi="Times New Roman" w:cs="Times New Roman"/>
            <w:color w:val="auto"/>
            <w:sz w:val="20"/>
            <w:szCs w:val="20"/>
            <w:u w:val="none"/>
            <w:lang w:val="ru-RU"/>
          </w:rPr>
          <w:t>задач для решения</w:t>
        </w:r>
      </w:hyperlink>
      <w:r w:rsidRPr="00BC2C6D">
        <w:rPr>
          <w:rFonts w:ascii="Times New Roman" w:hAnsi="Times New Roman" w:cs="Times New Roman"/>
          <w:sz w:val="20"/>
          <w:szCs w:val="20"/>
          <w:lang w:val="ru-RU"/>
        </w:rPr>
        <w:t>, проблемных ситуаций для обсуждения в классе;</w:t>
      </w:r>
    </w:p>
    <w:p w:rsidR="00680F08" w:rsidRPr="00BC2C6D" w:rsidRDefault="00680F08" w:rsidP="00680F08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right="798" w:hanging="14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C2C6D">
        <w:rPr>
          <w:rFonts w:ascii="Times New Roman" w:hAnsi="Times New Roman" w:cs="Times New Roman"/>
          <w:sz w:val="20"/>
          <w:szCs w:val="20"/>
          <w:lang w:val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680F08" w:rsidRPr="00BC2C6D" w:rsidRDefault="00680F08" w:rsidP="00680F08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right="798" w:hanging="14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216D3">
        <w:rPr>
          <w:rFonts w:ascii="Times New Roman" w:hAnsi="Times New Roman" w:cs="Times New Roman"/>
          <w:sz w:val="20"/>
          <w:szCs w:val="20"/>
          <w:lang w:val="ru-RU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</w:t>
      </w:r>
      <w:r w:rsidRPr="00D216D3">
        <w:rPr>
          <w:rFonts w:ascii="Times New Roman" w:hAnsi="Times New Roman" w:cs="Times New Roman"/>
          <w:sz w:val="20"/>
          <w:szCs w:val="20"/>
        </w:rPr>
        <w:t> </w:t>
      </w:r>
      <w:hyperlink r:id="rId39" w:tooltip="Лекция Основы мастерства публичного выступления План" w:history="1">
        <w:r w:rsidRPr="00D216D3">
          <w:rPr>
            <w:rStyle w:val="afe"/>
            <w:rFonts w:ascii="Times New Roman" w:hAnsi="Times New Roman" w:cs="Times New Roman"/>
            <w:color w:val="auto"/>
            <w:sz w:val="20"/>
            <w:szCs w:val="20"/>
            <w:u w:val="none"/>
            <w:lang w:val="ru-RU"/>
          </w:rPr>
          <w:t>навык публичного выступления перед аудиторией</w:t>
        </w:r>
      </w:hyperlink>
      <w:r w:rsidRPr="00D216D3">
        <w:rPr>
          <w:rFonts w:ascii="Times New Roman" w:hAnsi="Times New Roman" w:cs="Times New Roman"/>
          <w:sz w:val="20"/>
          <w:szCs w:val="20"/>
          <w:lang w:val="ru-RU"/>
        </w:rPr>
        <w:t xml:space="preserve">, аргументирования и отстаивания своей точки зрения. </w:t>
      </w:r>
    </w:p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 w:rsidP="00680F08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6 класс</w:t>
      </w:r>
    </w:p>
    <w:p w:rsidR="00680F08" w:rsidRPr="00CD18A6" w:rsidRDefault="00680F08" w:rsidP="00680F08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ПОЯСНИТЕЛЬНАЯ ЗАПИСКА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Рабочая программа по английскому языку для обучающихся 6 классов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680F08" w:rsidRPr="00CD18A6" w:rsidRDefault="00680F08" w:rsidP="00680F0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ОБЩАЯ ХАРАКТЕРИСТИКА УЧЕБНОГО ПРЕДМЕТА «ИНОСТРАННЫЙ (АНГЛИЙСКИЙ) ЯЗЫК »</w:t>
      </w:r>
    </w:p>
    <w:p w:rsidR="00680F08" w:rsidRPr="00CD18A6" w:rsidRDefault="00680F08" w:rsidP="00680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ЦЕЛИ ИЗУЧЕНИЯ УЧЕБНОГО ПРЕДМЕТА «ИНОСТРАННЫЙ</w:t>
      </w:r>
      <w:r w:rsidRPr="00496A18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(АНГЛИЙСКИЙ)</w:t>
      </w:r>
      <w:r w:rsidRPr="00496A18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ЯЗЫК»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свете сказанного выше цели иноязычного образования становятся более сложными по структуре, формулируются на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ценностном, когнитивном и прагматическом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уровнях и, соответственно, воплощаются в личностных, метапредметных/общеучебных/универсальных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взаимопониманию между людьми разных стран.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прагматическом уровне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целью иноязычного образования</w:t>
      </w:r>
      <w:r w:rsidRPr="00496A1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речевая компетенция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языковая компетенция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социокультурная/межкультурная компетенция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компенсаторная компетенция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Наряду с иноязычной коммуникативной компетенцией средствами иностранного языка формируются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ключевые универсальные учебные компетенции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соответствии с личностно ориентированной парадигмой образования основными подходами к обучению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иностранным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языкам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lastRenderedPageBreak/>
        <w:t>МЕСТО УЧЕБНОГО ПРЕДМЕТА В УЧЕБНОМ ПЛАНЕ «ИНОСТРАННЫЙ</w:t>
      </w:r>
      <w:r w:rsidRPr="00496A18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(АНГЛИЙСКИЙ)</w:t>
      </w:r>
      <w:r w:rsidRPr="00496A18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ЯЗЫК»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6 классе отведено 102 учебных часа, по 3 часа в неделю.</w:t>
      </w:r>
    </w:p>
    <w:p w:rsidR="00680F08" w:rsidRPr="00CD18A6" w:rsidRDefault="00680F08" w:rsidP="00680F08">
      <w:pPr>
        <w:pBdr>
          <w:bottom w:val="single" w:sz="6" w:space="5" w:color="000000"/>
        </w:pBdr>
        <w:shd w:val="clear" w:color="auto" w:fill="FFFFFF"/>
        <w:tabs>
          <w:tab w:val="left" w:pos="113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СОДЕРЖАНИЕ УЧЕБНОГО ПРЕДМЕТА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КОММУНИКАТИВНЫЕ УМЕНИЯ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Взаимоотношения в семье и с друзьями. Семейные праздники. Внешность и характер человека/литературного персонажа. Досуг и увлечения/хобби современного подростка (чтение, кино, театр, спорт).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Здоровый образ жизни: режим труда и отдыха, фитнес, сбалансированное питание.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Покупки: одежда, обувь и продукты питания.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Школа, школьная жизнь, школьная форма, изучаемые предметы, любимый предмет, правила поведения в школе. Переписка с зарубежными сверстниками.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Переписка с зарубежными сверстниками. Каникулы в различное время года. Виды отдыха. Путешествия по России и зарубежным странам.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Природа: дикие и домашние животные. Климат, погода. Жизнь в городе и сельской местности. Описание родного города/села. Транспорт.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Родная страна и страна/страны изучаемого языка. Их географическое положение, столицы, население; официальные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языки, достопримечательности, культурные особенности (национальные праздники, традиции, обычаи).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Выдающиеся люди родной страны и страны/стран изучаемого языка: писатели, поэты, учёные.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Говорение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коммуникативных умений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диалогической речи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именно умений вести: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диалог этикетного характера: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диалог — побуждение к действию: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диалог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расспрос: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диалога — до 5 реплик со стороны каждого собеседника.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коммуникативных умений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монологической речи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создание устных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связных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монологических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высказываний с использованием основных коммуникативных типов речи: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повествование/сообщение;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изложение (пересказ) основного содержания прочитанного текста;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краткое изложение результатов выполненной проектной работы.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план, вопросы, таблицы и/или иллюстрации, фотографии.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монологического высказывания — 7-8 фраз.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Аудирование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680F08" w:rsidRPr="00CD18A6" w:rsidRDefault="00680F08" w:rsidP="00680F08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Время звучания текста/текстов для аудирования — до 1,5 минуты.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Смысловое чтение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 началу текста; игнорировать незнакомые слова, несущественные для понимания основного содержания; понимать интернациональные слова в контексте.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Чтение несплошных текстов (таблиц) и понимание представленной в них информации.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Тексты для чтения: беседа; отрывок из художественного произведения, в том числе рассказ, сказка; отрывок из статьи научно-популярного характера; сообщение информационного характера; сообщение личного характера; объявление; кулинарный рецепт; стихотворение; несплошной текст (таблица).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текста/текстов для чтения — 250-300 слов.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Письменная речь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умений письменной речи: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написание электронного сообщения личного характера: сообщать краткие сведения о себе; расспрашивать друга/подругу по переписке о его/её увлечениях; выражать благодарность, извинение;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до 70 слов;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небольшого письменного высказывания с опорой на образец, план, иллюстрацию. Объём письменного высказывания — до 70 слов.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ЯЗЫКОВЫЕ ЗНАНИЯ И УМЕНИЯ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Фонетическая сторона речи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 текста для чтения вслух — до 95 слов.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Графика, орфография и пунктуация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Правильное написание изученных слов.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Лексическая сторона речи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Основные способы словообразования: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аффиксация: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образование имён существительных при помощи суффикса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reading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образование имён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прилагательных при помощи суффиксов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al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typical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amazing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less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useless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ive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impressive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Синонимы. Антонимы. Интернациональные слова.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Грамматическая сторона речи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Сложноподчинённые предложения с придаточными определительными с союзными словами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who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which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that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Сложноподчинённые предложения с придаточными времени с союзами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for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since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Предложения с конструкциями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…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not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…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Все типы вопросительных предложений (общий, специальный, альтернативный, разделительный вопросы) в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Present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Past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Continuous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Tense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Глаголы в видо-временных формах действительного залога в изъявительном наклонении в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Present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Past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Continuous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Tense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80F08" w:rsidRPr="00680F08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Модальные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глаголы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эквиваленты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(can/be able to, must/ have to, may, should, need).</w:t>
      </w:r>
    </w:p>
    <w:p w:rsidR="00680F08" w:rsidRPr="00680F08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Слова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выражающие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количество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(little/a little, few/a few).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Возвратные, неопределённые местоимения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и их производные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;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etc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.)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производные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etc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.) в повествовательных (утвердительных и отрицательных) и вопросительных предложениях.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Числительные для обозначения дат и больших чисел (100-1000).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СОЦИОКУЛЬТУРНЫЕ ЗНАНИЯ И УМЕНИЯ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речи (в ситуациях общения, в том числе «Дома», «В магазине»).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и использование в устной и письменной речи наиболее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социокультурного портрета родной страны и страны/стран изучаемого языка: знакомство с государственной символикой (флагом), некоторыми национальными символами; традициями проведения основных национальных праздников (Рождества, Нового года, Дня матери и т. д.); с особенностями образа жизни и культуры страны/стран изучаемого языка (известными достопримечательностями, некоторыми выдающимися людьми); с доступными в языковом отношении образцами детской поэзии и прозы на английском языке.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умений: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писать свои имя и фамилию, а также имена и фамилии своих родственников и друзей на английском языке;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 оформлять свой адрес на английском языке (в анкете, формуляре);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кратко представлять Россию и страну/страны изучаемого языка;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кратко рассказывать о выдающихся людях родной страны и страны/стран изучаемого языка (учёных, писателях, поэтах).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КОМПЕНСАТОРНЫЕ УМЕНИЯ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при чтении и аудировании языковой догадки, в том числе контекстуальной.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в качестве опоры при порождении собственных высказываний ключевых слов, плана.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680F08" w:rsidRPr="00CD18A6" w:rsidRDefault="00680F08" w:rsidP="00680F08">
      <w:pPr>
        <w:pBdr>
          <w:bottom w:val="single" w:sz="6" w:space="5" w:color="000000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t>ПЛАНИРУЕМЫЕ ОБРАЗОВАТЕЛЬНЫЕ РЕЗУЛЬТАТЫ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Изучение английского языка в 6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ЛИЧНОСТНЫЕ РЕЗУЛЬТАТЫ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Личностные результаты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Гражданского 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активное участие в жизни семьи, Организации, местного сообщества, родного края, страны;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к участию в гуманитарной деятельности (волонтёрство, помощь людям, нуждающимся в ней).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Патриотического 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Духовно-нравственного 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 на моральные ценности и нормы в ситуациях нравственного выбора;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Эстетического</w:t>
      </w:r>
      <w:r w:rsidRPr="00496A1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стремление к самовыражению в разных видах искусства.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Физического воспитания, формирования культуры здоровья</w:t>
      </w:r>
      <w:r w:rsidRPr="00496A1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и эмоционального благополучия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ценности жизни;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соблюдение правил безопасности, в том числе навыков безопасного поведения в интернет-среде;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принимать себя и других, не осуждая;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Трудового 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адаптироваться в профессиональной среде;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труду и результатам трудовой деятельности;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Экологического воспитания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к участию в практической деятельности экологической направленности.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Ценности научного познания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языковой и читательской культурой как средством познания мира;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Личностные результаты, обеспечивающие адаптацию обучающегося</w:t>
      </w:r>
      <w:r w:rsidRPr="00496A1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к изменяющимся условиям социальной и природной среды, включают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анализировать и выявлять взаимосвязи природы, общества и экономики;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воспринимать стрессовую ситуацию как вызов, требующий контрмер;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ситуацию стресса, корректировать принимаемые решения и действия;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быть готовым действовать в отсутствие гарантий успеха.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МЕТАПРЕДМЕТНЫЕ РЕЗУЛЬТАТЫ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Овладение универсальными учебными познавательными действиями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базовые логические действия: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выявлять и характеризовать существенные признаки объектов (явлений);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предлагать критерии для выявления закономерностей и противоречий;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выявлять дефицит информации, данных, необходимых для решения поставленной задачи;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выявлять причинно-следственные связи при изучении явлений и процессов;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выбирать способ решения учебной задачи (сравнивать несколько вариантов решения,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выбирать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наиболее подходящий с учётом самостоятельно выделенных критериев);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базовые исследовательские действия: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вопросы как исследовательский инструмент познания;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на применимость и достоверность информацию, полученную в ходе исследования (эксперимента);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работа с информацией: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эффективно запоминать и систематизировать информацию.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Овладение универсальными учебными коммуникативными действиями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общение: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выражать себя (свою точку зрения) в устных и письменных текстах;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публично представлять результаты выполненного опыта (эксперимента, исследования, проекта);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совместная деятельность: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Овладение универсальными учебными регулятивными действиями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самоорганизация: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выявлять проблемы для решения в жизненных и учебных ситуациях;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составлять алгоритм решения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задачи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делать выбор и брать ответственность за решение;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самоконтроль: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способами самоконтроля, самомотивации и рефлексии;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давать адекватную оценку ситуации и предлагать план её изменения;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соответствие результата цели и условиям;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эмоциональный интеллект: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различать, называть и управлять собственными эмоциями и эмоциями других;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выявлять и анализировать причины эмоций;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ставить себя на место другого человека, понимать мотивы и намерения другого;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регулировать способ выражения эмоций;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4)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  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принятие себя и других: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осознанно относиться к другому человеку, его мнению; признавать своё право на ошибку и такое же право другого; принимать себя и других, не осуждая;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открытость себе и другим;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осознавать невозможность контролировать всё вокруг.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ПРЕДМЕТНЫЕ РЕЗУЛЬТАТЫ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Владеть основными видами речевой деятельности: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говорение: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вести разные виды диалогов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(диалог этикетного характера, диалог — 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и/или со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создавать разные виды монологических высказываний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7-8 фраз);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излагать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основное содержание прочитанного текста с вербальными и/или зрительными опорами (объём — 7-8 фраз); кратко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излагать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результаты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выполненной проектной работы (объём — 7-8 фраз);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аудирование: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воспринимать на слух и понимать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аудирования — до 1,5 минут);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смысловое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чтение: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читать про себя и понимать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250-300 слов); читать про себя несплошные тексты (таблицы) и понимать представленную в них информацию;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определять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тему текста по заголовку;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письменная речь: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заполнять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анкеты и формуляры в соответствии с нормами речевого этикета, принятыми в стране/странах изучаемого языка, с указанием личной информации;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писать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электронное сообщение личного характера, соблюдая речевой этикет, принятый в стране/странах изучаемого языка (объём сообщения — до 70 слов);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создавать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небольшое письменное высказывание с опорой на образец, план, ключевые слова, картинку (объём высказывания — до 70 слов);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владеть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фонетическими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навыками: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различать на слух и адекватно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без ошибок, ведущих к сбою коммуникации,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произносить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слова с правильным ударением и фразы с соблюдением их ритмико-интонационных особенностей, в том числе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применять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правила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отсутствия фразового ударения на служебных словах;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выразительно читать вслух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владеть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орфографическими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навыками: правильно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писать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изученные слова;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владеть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пунктуационными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навыками:</w:t>
      </w:r>
      <w:r w:rsidRPr="00496A1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использовать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оформлять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электронное сообщение личного характера;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распознавать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звучащем и письменном тексте 800 лексических единиц (слов, словосочетаний, речевых клише) и правильно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употреблять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распознавать и употреблять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 родственные слова, образованные с использованием аффиксации: имена существительные с помощью суффикса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 имена прилагательные с помощью суффиксов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less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ive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-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al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распознавать и употреблять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 изученные синонимы, антонимы и интернациональные слова;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распознавать и употреблять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 различные средства связи для обеспечения целостности высказывания;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знать и понимать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распознавать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письменном и звучащем тексте и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употреблять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сложноподчинённые предложения с придаточными определительными с союзными словами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who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which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that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- сложноподчинённые предложения с придаточными времени с союзами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for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since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предложения с конструкциями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…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not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…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глаголы в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видо-временных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формах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действительного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залога в изъявительном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наклонении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Present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Past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Continuous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Tense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все типы вопросительных предложений (общий, специальный, альтернативный, разделительный вопросы) в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Present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Past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Continuous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Tense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680F08" w:rsidRPr="00680F08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-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модальные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глаголы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эквиваленты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(can/be able to, must/have to, may, should, need);</w:t>
      </w:r>
    </w:p>
    <w:p w:rsidR="00680F08" w:rsidRPr="00680F08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- c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лова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выражающие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количество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(little/a little, few/a few);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возвратные, неопределённые местоимения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их производные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;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something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anything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etc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.)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производные (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everybody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everything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etc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.) в повествовательных (утвердительных и отрицательных) и вопросительных предложениях;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числительные для обозначения дат и больших чисел (100-1000);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владеть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социокультурными знаниями и умениями: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использовать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 речи;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знать/понимать и использовать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устной и письменной речи наиболее употребительную лексику, обозначающую реалии страны/стран изучаемого языка в рамках тематического содержания речи;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обладать базовыми знаниями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социокультурном портрете родной страны и страны/стран изучаемого языка;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 кратко представлять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Россию и страну/страны изучаемого языка;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владеть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компенсаторными умениями: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использовать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чтении и аудировании языковую догадку, в том числе контекстуальную;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участвовать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несложных учебных проектах с использованием материалов на английском языке с применением ИКТ, соблюдая правила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информационной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безопасности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работе в сети Интернет;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использовать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иноязычные словари и справочники, в том числе информационно-справочные системы в электронной форме;</w:t>
      </w:r>
    </w:p>
    <w:p w:rsidR="00680F08" w:rsidRPr="00CD18A6" w:rsidRDefault="00680F08" w:rsidP="00680F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достигать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680F08" w:rsidRPr="00CD18A6" w:rsidRDefault="00680F08" w:rsidP="00680F08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10)</w:t>
      </w:r>
      <w:r w:rsidRPr="00496A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сравнивать</w:t>
      </w:r>
      <w:r w:rsidRPr="00496A1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  <w:r w:rsidRPr="00CD18A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680F08" w:rsidRPr="00CD18A6" w:rsidRDefault="00680F08" w:rsidP="00680F08">
      <w:pPr>
        <w:spacing w:line="240" w:lineRule="auto"/>
        <w:ind w:right="-619"/>
        <w:rPr>
          <w:rFonts w:ascii="Times New Roman" w:eastAsia="Times New Roman" w:hAnsi="Times New Roman" w:cs="Times New Roman"/>
          <w:sz w:val="20"/>
          <w:szCs w:val="20"/>
        </w:rPr>
        <w:sectPr w:rsidR="00680F08" w:rsidRPr="00CD18A6" w:rsidSect="00A11DEC">
          <w:pgSz w:w="11900" w:h="16840"/>
          <w:pgMar w:top="851" w:right="843" w:bottom="709" w:left="1418" w:header="720" w:footer="720" w:gutter="0"/>
          <w:cols w:space="720" w:equalWidth="0">
            <w:col w:w="9639" w:space="0"/>
          </w:cols>
          <w:docGrid w:linePitch="360"/>
        </w:sectPr>
      </w:pPr>
    </w:p>
    <w:p w:rsidR="00680F08" w:rsidRPr="00496A18" w:rsidRDefault="00680F08" w:rsidP="00680F08">
      <w:pPr>
        <w:autoSpaceDE w:val="0"/>
        <w:autoSpaceDN w:val="0"/>
        <w:spacing w:after="258" w:line="240" w:lineRule="auto"/>
        <w:ind w:right="-619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CD18A6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lastRenderedPageBreak/>
        <w:t xml:space="preserve">  </w:t>
      </w:r>
      <w:r w:rsidRPr="00496A18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t>ТЕМАТИЧЕСКОЕ ПЛАНИРОВАНИЕ</w:t>
      </w:r>
    </w:p>
    <w:tbl>
      <w:tblPr>
        <w:tblW w:w="14600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09"/>
        <w:gridCol w:w="992"/>
        <w:gridCol w:w="992"/>
        <w:gridCol w:w="1134"/>
        <w:gridCol w:w="1134"/>
        <w:gridCol w:w="3119"/>
        <w:gridCol w:w="1842"/>
        <w:gridCol w:w="2410"/>
      </w:tblGrid>
      <w:tr w:rsidR="00680F08" w:rsidRPr="00496A18" w:rsidTr="00AE711E">
        <w:trPr>
          <w:trHeight w:hRule="exact" w:val="778"/>
        </w:trPr>
        <w:tc>
          <w:tcPr>
            <w:tcW w:w="468" w:type="dxa"/>
            <w:vMerge w:val="restart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№</w:t>
            </w: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п/п</w:t>
            </w:r>
          </w:p>
        </w:tc>
        <w:tc>
          <w:tcPr>
            <w:tcW w:w="2509" w:type="dxa"/>
            <w:vMerge w:val="restart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autoSpaceDE w:val="0"/>
              <w:autoSpaceDN w:val="0"/>
              <w:spacing w:before="78" w:after="0" w:line="240" w:lineRule="auto"/>
              <w:ind w:left="72" w:right="141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</w:pPr>
            <w:r w:rsidRPr="00CD18A6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Наименование</w:t>
            </w:r>
          </w:p>
          <w:p w:rsidR="00680F08" w:rsidRPr="00CD18A6" w:rsidRDefault="00680F08" w:rsidP="00AE711E">
            <w:pPr>
              <w:autoSpaceDE w:val="0"/>
              <w:autoSpaceDN w:val="0"/>
              <w:spacing w:before="78" w:after="0" w:line="240" w:lineRule="auto"/>
              <w:ind w:left="72" w:right="141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</w:pPr>
            <w:r w:rsidRPr="00CD18A6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разделов </w:t>
            </w:r>
          </w:p>
          <w:p w:rsidR="00680F08" w:rsidRPr="00CD18A6" w:rsidRDefault="00680F08" w:rsidP="00AE711E">
            <w:pPr>
              <w:autoSpaceDE w:val="0"/>
              <w:autoSpaceDN w:val="0"/>
              <w:spacing w:before="78" w:after="0" w:line="240" w:lineRule="auto"/>
              <w:ind w:left="72"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и тем программы</w:t>
            </w:r>
          </w:p>
        </w:tc>
        <w:tc>
          <w:tcPr>
            <w:tcW w:w="3118" w:type="dxa"/>
            <w:gridSpan w:val="3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42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Количество</w:t>
            </w:r>
          </w:p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часов</w:t>
            </w:r>
          </w:p>
        </w:tc>
        <w:tc>
          <w:tcPr>
            <w:tcW w:w="1134" w:type="dxa"/>
            <w:vMerge w:val="restart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Дата </w:t>
            </w: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3119" w:type="dxa"/>
            <w:vMerge w:val="restart"/>
            <w:tcMar>
              <w:left w:w="0" w:type="dxa"/>
              <w:right w:w="0" w:type="dxa"/>
            </w:tcMar>
            <w:vAlign w:val="center"/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42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Виды</w:t>
            </w:r>
          </w:p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деятельности</w:t>
            </w:r>
          </w:p>
        </w:tc>
        <w:tc>
          <w:tcPr>
            <w:tcW w:w="1842" w:type="dxa"/>
            <w:vMerge w:val="restart"/>
            <w:tcMar>
              <w:left w:w="0" w:type="dxa"/>
              <w:right w:w="0" w:type="dxa"/>
            </w:tcMar>
            <w:vAlign w:val="center"/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141" w:hanging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Виды, </w:t>
            </w: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формы </w:t>
            </w: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контроля</w:t>
            </w:r>
          </w:p>
        </w:tc>
        <w:tc>
          <w:tcPr>
            <w:tcW w:w="2410" w:type="dxa"/>
            <w:vMerge w:val="restart"/>
            <w:tcMar>
              <w:left w:w="0" w:type="dxa"/>
              <w:right w:w="0" w:type="dxa"/>
            </w:tcMar>
            <w:vAlign w:val="center"/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4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Электронные (цифровые) </w:t>
            </w: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образовательные ресурсы</w:t>
            </w:r>
          </w:p>
        </w:tc>
      </w:tr>
      <w:tr w:rsidR="00680F08" w:rsidRPr="00496A18" w:rsidTr="00AE711E">
        <w:trPr>
          <w:cantSplit/>
          <w:trHeight w:hRule="exact" w:val="868"/>
        </w:trPr>
        <w:tc>
          <w:tcPr>
            <w:tcW w:w="468" w:type="dxa"/>
            <w:vMerge/>
          </w:tcPr>
          <w:p w:rsidR="00680F08" w:rsidRPr="00496A18" w:rsidRDefault="00680F08" w:rsidP="00AE711E">
            <w:pPr>
              <w:spacing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</w:tcPr>
          <w:p w:rsidR="00680F08" w:rsidRPr="00496A18" w:rsidRDefault="00680F08" w:rsidP="00AE711E">
            <w:pPr>
              <w:spacing w:line="240" w:lineRule="auto"/>
              <w:ind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Всего  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-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b/>
                <w:w w:val="97"/>
                <w:sz w:val="20"/>
                <w:szCs w:val="20"/>
              </w:rPr>
              <w:t>Практические  работы</w:t>
            </w:r>
          </w:p>
        </w:tc>
        <w:tc>
          <w:tcPr>
            <w:tcW w:w="1134" w:type="dxa"/>
            <w:vMerge/>
          </w:tcPr>
          <w:p w:rsidR="00680F08" w:rsidRPr="00496A18" w:rsidRDefault="00680F08" w:rsidP="00AE711E">
            <w:pPr>
              <w:spacing w:line="240" w:lineRule="auto"/>
              <w:ind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680F08" w:rsidRPr="00496A18" w:rsidRDefault="00680F08" w:rsidP="00AE711E">
            <w:pPr>
              <w:spacing w:line="240" w:lineRule="auto"/>
              <w:ind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80F08" w:rsidRPr="00496A18" w:rsidRDefault="00680F08" w:rsidP="00AE711E">
            <w:pPr>
              <w:spacing w:line="240" w:lineRule="auto"/>
              <w:ind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680F08" w:rsidRPr="00496A18" w:rsidRDefault="00680F08" w:rsidP="00AE711E">
            <w:pPr>
              <w:spacing w:line="240" w:lineRule="auto"/>
              <w:ind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0F08" w:rsidRPr="00496A18" w:rsidTr="00AE711E">
        <w:trPr>
          <w:trHeight w:hRule="exact" w:val="145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Каникулы в различное время года.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Виды отдыха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1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CE699B" w:rsidTr="00AE711E">
        <w:trPr>
          <w:trHeight w:val="1252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Природа: дикие и домашние животные.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Кдимат, погода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autoSpaceDE w:val="0"/>
              <w:autoSpaceDN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hyperlink r:id="rId42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  <w:r w:rsidRPr="00CD18A6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CD18A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3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umk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vereshchagina</w:t>
              </w:r>
            </w:hyperlink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3. 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Жизнь в городе/сельской местности. Описание родного города/села. Транспорт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5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Взаимоотношения в семье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и с друзьями.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Семейные праздники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7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5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Досуг и увлечения/хобби современного подростка (чтение, кино, театр, спорт)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8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9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Школа. Школьная жизнь, школьная форма,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изучаемые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предметы, любимый предмет, правила поведения в школе.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Переписка с зарубежными сверстниками.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0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51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Покупки: одежда, обувь и продукты питания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2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53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CE699B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работа;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4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  <w:r w:rsidRPr="00CD18A6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CD18A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55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umk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vereshchagina</w:t>
              </w:r>
            </w:hyperlink>
          </w:p>
        </w:tc>
      </w:tr>
      <w:tr w:rsidR="00680F08" w:rsidRPr="00CE699B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141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6A18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Родная страна и страна/страны изучаемого языка.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Их географическое положение, столицы, население; официальные языки;</w:t>
            </w: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достопримечательности; культурные особенности (национальные праздники, традиции, обычаи)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6C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E906CF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работа;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autoSpaceDE w:val="0"/>
              <w:autoSpaceDN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6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  <w:r w:rsidRPr="00CD18A6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CD18A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57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umk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vereshchagina</w:t>
              </w:r>
            </w:hyperlink>
          </w:p>
        </w:tc>
      </w:tr>
      <w:tr w:rsidR="00680F08" w:rsidRPr="00496A18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Выдающиеся люди родной страны и страны/стран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изучаемого языка: писатели, поэты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Грамматическая сторона речи.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3552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3552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3552D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  <w:hyperlink r:id="rId58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www.prosv.ru</w:t>
              </w:r>
            </w:hyperlink>
            <w:r w:rsidRPr="003552DA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3552D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59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</w:tc>
      </w:tr>
      <w:tr w:rsidR="00680F08" w:rsidRPr="00CE699B" w:rsidTr="00AE711E">
        <w:trPr>
          <w:trHeight w:val="20"/>
        </w:trPr>
        <w:tc>
          <w:tcPr>
            <w:tcW w:w="468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50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Внешность и характер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человека/литературного персонажа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Аудирование; Смысловое чтение; Письменная речь; Лексическая сторона речи;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Грамматическая сторона речи. </w:t>
            </w: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CD18A6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autoSpaceDE w:val="0"/>
              <w:autoSpaceDN w:val="0"/>
              <w:spacing w:after="0" w:line="240" w:lineRule="auto"/>
              <w:ind w:left="74" w:right="-6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0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  <w:r w:rsidRPr="00CD18A6"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 xml:space="preserve">;  </w:t>
            </w:r>
            <w:r w:rsidRPr="00CD18A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61" w:history="1"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://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prosv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umk</w:t>
              </w:r>
              <w:r w:rsidRPr="00CD18A6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3552DA">
                <w:rPr>
                  <w:rStyle w:val="afe"/>
                  <w:rFonts w:ascii="Times New Roman" w:hAnsi="Times New Roman" w:cs="Times New Roman"/>
                  <w:sz w:val="20"/>
                  <w:szCs w:val="20"/>
                </w:rPr>
                <w:t>vereshchagina</w:t>
              </w:r>
            </w:hyperlink>
          </w:p>
        </w:tc>
      </w:tr>
      <w:tr w:rsidR="00680F08" w:rsidRPr="00496A18" w:rsidTr="00AE711E">
        <w:trPr>
          <w:trHeight w:hRule="exact" w:val="1009"/>
        </w:trPr>
        <w:tc>
          <w:tcPr>
            <w:tcW w:w="2977" w:type="dxa"/>
            <w:gridSpan w:val="2"/>
            <w:tcMar>
              <w:left w:w="0" w:type="dxa"/>
              <w:right w:w="0" w:type="dxa"/>
            </w:tcMar>
          </w:tcPr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ОБЩЕЕ КОЛИЧЕСТВО</w:t>
            </w:r>
          </w:p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 xml:space="preserve"> ЧАСОВ ПО </w:t>
            </w:r>
          </w:p>
          <w:p w:rsidR="00680F08" w:rsidRPr="00CD18A6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18A6">
              <w:rPr>
                <w:rFonts w:ascii="Times New Roman" w:hAnsi="Times New Roman" w:cs="Times New Roman"/>
                <w:sz w:val="20"/>
                <w:szCs w:val="20"/>
              </w:rPr>
              <w:t>ПРОГРАММЕ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2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Mar>
              <w:left w:w="0" w:type="dxa"/>
              <w:right w:w="0" w:type="dxa"/>
            </w:tcMar>
          </w:tcPr>
          <w:p w:rsidR="00680F08" w:rsidRPr="003552DA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680F08" w:rsidRPr="00496A18" w:rsidRDefault="00680F08" w:rsidP="00AE711E">
            <w:pPr>
              <w:autoSpaceDE w:val="0"/>
              <w:autoSpaceDN w:val="0"/>
              <w:spacing w:before="78" w:after="0" w:line="240" w:lineRule="auto"/>
              <w:ind w:left="72" w:right="-619"/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</w:pPr>
          </w:p>
        </w:tc>
      </w:tr>
    </w:tbl>
    <w:p w:rsidR="00680F08" w:rsidRPr="00F8634C" w:rsidRDefault="00680F08" w:rsidP="00680F08">
      <w:pPr>
        <w:tabs>
          <w:tab w:val="left" w:pos="6450"/>
        </w:tabs>
        <w:spacing w:line="240" w:lineRule="auto"/>
        <w:ind w:right="-619"/>
        <w:rPr>
          <w:rFonts w:ascii="Times New Roman" w:eastAsia="Times New Roman" w:hAnsi="Times New Roman" w:cs="Times New Roman"/>
          <w:sz w:val="20"/>
          <w:szCs w:val="20"/>
        </w:rPr>
        <w:sectPr w:rsidR="00680F08" w:rsidRPr="00F8634C" w:rsidSect="00671710">
          <w:pgSz w:w="16840" w:h="11900" w:orient="landscape"/>
          <w:pgMar w:top="709" w:right="666" w:bottom="1418" w:left="843" w:header="720" w:footer="720" w:gutter="0"/>
          <w:cols w:space="720" w:equalWidth="0">
            <w:col w:w="10356" w:space="0"/>
          </w:cols>
          <w:docGrid w:linePitch="360"/>
        </w:sectPr>
      </w:pP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545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УЧЕБНО-МЕТОДИЧЕСКОЕ ОБЕСПЕЧЕНИЕ ОБРАЗОВАТЕЛЬНОГО ПРОЦЕССА 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>ОБЯЗАТЕЛЬНЫЕ УЧЕБНЫЕ МАТЕРИАЛЫ ДЛЯ УЧЕНИКА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</w:rPr>
        <w:t>Английский язык. VI класс: учебник для общеобразовательных организаций и школ с углублённым изучением английского языка. В 2 частях, О.В.Афанасьева, И.В.Михеева, М: Просвещение.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>МЕТОДИЧЕСКИЕ МАТЕРИАЛЫ ДЛЯ УЧИТЕЛЯ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color w:val="000000"/>
        </w:rPr>
      </w:pPr>
      <w:r w:rsidRPr="0017734C">
        <w:rPr>
          <w:rFonts w:ascii="Times New Roman" w:eastAsia="Times New Roman" w:hAnsi="Times New Roman" w:cs="Times New Roman"/>
          <w:color w:val="000000"/>
        </w:rPr>
        <w:t xml:space="preserve">Английский язык. Книга для учителя.6 класс, Афанасьева О.В., Михеева И.В. 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color w:val="000000"/>
        </w:rPr>
      </w:pPr>
      <w:r w:rsidRPr="0017734C">
        <w:rPr>
          <w:rFonts w:ascii="Times New Roman" w:eastAsia="Times New Roman" w:hAnsi="Times New Roman" w:cs="Times New Roman"/>
          <w:color w:val="000000"/>
        </w:rPr>
        <w:t xml:space="preserve">Английский язык. Книга для чтения. 6 класс, Афанасьева О.В., Баранова К.М., Михеева И.В. 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color w:val="000000"/>
        </w:rPr>
      </w:pPr>
      <w:r w:rsidRPr="0017734C">
        <w:rPr>
          <w:rFonts w:ascii="Times New Roman" w:eastAsia="Times New Roman" w:hAnsi="Times New Roman" w:cs="Times New Roman"/>
          <w:color w:val="000000"/>
        </w:rPr>
        <w:t>Контрольные и проверочные задания. 6 класс. Учебное пособие для учащихся общеобразовательных организаций и школ с углублённым изучением английского языка., Афанасьева О.В., Баранова К.М., Михеева И.В., Ваулина Ю.Е.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1111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>ЦИФРОВЫЕ ОБРАЗОВАТЕЛЬНЫЕ РЕСУРСЫ И РЕСУРСЫ СЕТИ ИНТЕРНЕТ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1111"/>
        <w:jc w:val="both"/>
        <w:rPr>
          <w:rFonts w:ascii="Times New Roman" w:eastAsia="Times New Roman" w:hAnsi="Times New Roman" w:cs="Times New Roman"/>
          <w:color w:val="000000"/>
        </w:rPr>
      </w:pPr>
      <w:hyperlink r:id="rId62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www.prosv.ru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3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http://prosv.ru/umk/vereshchagina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4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https://resh.edu.ru/subject/11/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5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http://www.onestopenglish.com/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6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http://school-collection.edu.ru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 </w:t>
      </w:r>
      <w:r w:rsidRPr="0017734C">
        <w:rPr>
          <w:rFonts w:ascii="Times New Roman" w:eastAsia="Times New Roman" w:hAnsi="Times New Roman" w:cs="Times New Roman"/>
        </w:rPr>
        <w:br/>
      </w:r>
      <w:hyperlink r:id="rId67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http://www.ege.edu.ru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8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http://www.fipi.ru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69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http://edu.ru/index.php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70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http://www.fsu.edu.ru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71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http://www.4teachers.org/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72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http://school.iot.ru/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73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www.thefreedictionary.com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r w:rsidRPr="0017734C">
        <w:rPr>
          <w:rFonts w:ascii="Times New Roman" w:eastAsia="Times New Roman" w:hAnsi="Times New Roman" w:cs="Times New Roman"/>
        </w:rPr>
        <w:br/>
      </w:r>
      <w:hyperlink r:id="rId74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http://www.incredimail.com/english/gifts/c...008-ecards.aspx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 xml:space="preserve">  </w:t>
      </w:r>
      <w:hyperlink r:id="rId75" w:history="1">
        <w:r w:rsidRPr="0017734C">
          <w:rPr>
            <w:rFonts w:ascii="Times New Roman" w:eastAsia="Times New Roman" w:hAnsi="Times New Roman" w:cs="Times New Roman"/>
            <w:color w:val="0000FF"/>
            <w:u w:val="single"/>
          </w:rPr>
          <w:t>http://www.edu.ru/modules.php?op=modload&amp;a...tsD&amp;show=10</w:t>
        </w:r>
      </w:hyperlink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1111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 xml:space="preserve">МАТЕРИАЛЬНО-ТЕХНИЧЕСКОЕ ОБЕСПЕЧЕНИЕ ОБРАЗОВАТЕЛЬНОГО ПРОЦЕССА 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1111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>УЧЕБНОЕ ОБОРУДОВАНИЕ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color w:val="000000"/>
        </w:rPr>
        <w:t>Демонстрационные таблицы, словари.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b/>
          <w:color w:val="000000"/>
        </w:rPr>
        <w:t>ОБОРУДОВАНИЕ ДЛЯ ПРОВЕДЕНИЯ ЛАБОРАТОРНЫХ, ПРАКТИЧЕСКИХ РАБОТ, ДЕМОНСТРАЦИЙ</w:t>
      </w:r>
    </w:p>
    <w:p w:rsidR="00680F08" w:rsidRPr="0017734C" w:rsidRDefault="00680F08" w:rsidP="00680F08">
      <w:pPr>
        <w:autoSpaceDE w:val="0"/>
        <w:autoSpaceDN w:val="0"/>
        <w:spacing w:after="0" w:line="240" w:lineRule="auto"/>
        <w:ind w:right="403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color w:val="000000"/>
        </w:rPr>
        <w:t>Интерактивная панель, мультимедийное оборудование.</w:t>
      </w:r>
    </w:p>
    <w:p w:rsidR="00680F08" w:rsidRPr="0017734C" w:rsidRDefault="00680F08" w:rsidP="00680F08">
      <w:pPr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  <w:r w:rsidRPr="0017734C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ВОСПИТАТЕЛЬНЫЙ ПОТЕНЦИАЛ ПРЕДМЕТА «АНГЛИЙСКИЙ ЯЗЫК» РЕАЛИЗУЕТСЯ ЧЕРЕЗ:</w:t>
      </w:r>
    </w:p>
    <w:p w:rsidR="00680F08" w:rsidRPr="0017734C" w:rsidRDefault="00680F08" w:rsidP="00680F08">
      <w:pPr>
        <w:numPr>
          <w:ilvl w:val="0"/>
          <w:numId w:val="10"/>
        </w:numPr>
        <w:spacing w:after="0" w:line="240" w:lineRule="auto"/>
        <w:ind w:left="0" w:right="403" w:firstLine="0"/>
        <w:contextualSpacing/>
        <w:jc w:val="both"/>
        <w:rPr>
          <w:rFonts w:ascii="Times New Roman" w:eastAsia="Times New Roman" w:hAnsi="Times New Roman" w:cs="Times New Roman"/>
        </w:rPr>
      </w:pPr>
      <w:r w:rsidRPr="0017734C">
        <w:rPr>
          <w:rFonts w:ascii="Times New Roman" w:eastAsia="Times New Roman" w:hAnsi="Times New Roman" w:cs="Times New Roman"/>
          <w:color w:val="000000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80F08" w:rsidRPr="0017734C" w:rsidRDefault="00680F08" w:rsidP="00680F08">
      <w:pPr>
        <w:numPr>
          <w:ilvl w:val="0"/>
          <w:numId w:val="10"/>
        </w:numPr>
        <w:shd w:val="clear" w:color="auto" w:fill="FFFFFF"/>
        <w:spacing w:after="0" w:line="240" w:lineRule="auto"/>
        <w:ind w:left="0" w:right="403" w:firstLine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17734C">
        <w:rPr>
          <w:rFonts w:ascii="Times New Roman" w:eastAsia="Times New Roman" w:hAnsi="Times New Roman" w:cs="Times New Roman"/>
          <w:color w:val="000000"/>
        </w:rPr>
        <w:t>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</w:t>
      </w:r>
      <w:r w:rsidRPr="0017734C">
        <w:rPr>
          <w:rFonts w:ascii="Times New Roman" w:eastAsia="Times New Roman" w:hAnsi="Times New Roman" w:cs="Times New Roman"/>
        </w:rPr>
        <w:t>, </w:t>
      </w:r>
      <w:hyperlink r:id="rId76" w:tooltip="Решение прикладных задач Цель обучения 2 2 использовать абсолютную и относительную ссылки" w:history="1">
        <w:r w:rsidRPr="0017734C">
          <w:rPr>
            <w:rFonts w:ascii="Times New Roman" w:eastAsia="Times New Roman" w:hAnsi="Times New Roman" w:cs="Times New Roman"/>
          </w:rPr>
          <w:t>задач для решения</w:t>
        </w:r>
      </w:hyperlink>
      <w:r w:rsidRPr="0017734C">
        <w:rPr>
          <w:rFonts w:ascii="Times New Roman" w:eastAsia="Times New Roman" w:hAnsi="Times New Roman" w:cs="Times New Roman"/>
          <w:color w:val="000000"/>
        </w:rPr>
        <w:t>, проблемных ситуаций для обсуждения в классе;</w:t>
      </w:r>
    </w:p>
    <w:p w:rsidR="00680F08" w:rsidRPr="0017734C" w:rsidRDefault="00680F08" w:rsidP="00680F08">
      <w:pPr>
        <w:numPr>
          <w:ilvl w:val="0"/>
          <w:numId w:val="10"/>
        </w:numPr>
        <w:shd w:val="clear" w:color="auto" w:fill="FFFFFF"/>
        <w:spacing w:after="0" w:line="240" w:lineRule="auto"/>
        <w:ind w:left="0" w:right="403" w:firstLine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17734C">
        <w:rPr>
          <w:rFonts w:ascii="Times New Roman" w:eastAsia="Times New Roman" w:hAnsi="Times New Roman" w:cs="Times New Roman"/>
          <w:color w:val="000000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680F08" w:rsidRPr="0017734C" w:rsidRDefault="00680F08" w:rsidP="00680F08">
      <w:pPr>
        <w:numPr>
          <w:ilvl w:val="0"/>
          <w:numId w:val="10"/>
        </w:numPr>
        <w:shd w:val="clear" w:color="auto" w:fill="FFFFFF"/>
        <w:spacing w:after="0" w:line="240" w:lineRule="auto"/>
        <w:ind w:left="0" w:right="403" w:firstLine="0"/>
        <w:contextualSpacing/>
        <w:jc w:val="both"/>
        <w:rPr>
          <w:rFonts w:ascii="Calibri" w:eastAsia="Times New Roman" w:hAnsi="Calibri" w:cs="Times New Roman"/>
        </w:rPr>
      </w:pPr>
      <w:r w:rsidRPr="0017734C">
        <w:rPr>
          <w:rFonts w:ascii="Times New Roman" w:eastAsia="Times New Roman" w:hAnsi="Times New Roman" w:cs="Times New Roman"/>
          <w:color w:val="000000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 </w:t>
      </w:r>
      <w:hyperlink r:id="rId77" w:tooltip="Лекция Основы мастерства публичного выступления План" w:history="1">
        <w:r w:rsidRPr="0017734C">
          <w:rPr>
            <w:rFonts w:ascii="Times New Roman" w:eastAsia="Times New Roman" w:hAnsi="Times New Roman" w:cs="Times New Roman"/>
          </w:rPr>
          <w:t>навык публичного выступления перед аудиторией</w:t>
        </w:r>
      </w:hyperlink>
      <w:r w:rsidRPr="0017734C">
        <w:rPr>
          <w:rFonts w:ascii="Times New Roman" w:eastAsia="Times New Roman" w:hAnsi="Times New Roman" w:cs="Times New Roman"/>
        </w:rPr>
        <w:t>,</w:t>
      </w:r>
      <w:r w:rsidRPr="0017734C">
        <w:rPr>
          <w:rFonts w:ascii="Times New Roman" w:eastAsia="Times New Roman" w:hAnsi="Times New Roman" w:cs="Times New Roman"/>
          <w:color w:val="000000"/>
        </w:rPr>
        <w:t xml:space="preserve"> аргументирования и отстаивания своей точки зрения.</w:t>
      </w:r>
      <w:r w:rsidRPr="0017734C">
        <w:rPr>
          <w:rFonts w:ascii="Times New Roman" w:eastAsia="Times New Roman" w:hAnsi="Times New Roman" w:cs="Times New Roman"/>
          <w:color w:val="000000"/>
        </w:rPr>
        <w:tab/>
      </w:r>
    </w:p>
    <w:p w:rsidR="00680F08" w:rsidRPr="00CD18A6" w:rsidRDefault="00680F08" w:rsidP="00680F08"/>
    <w:p w:rsidR="00680F08" w:rsidRDefault="00680F08" w:rsidP="00680F08">
      <w:pPr>
        <w:autoSpaceDE w:val="0"/>
        <w:autoSpaceDN w:val="0"/>
        <w:spacing w:after="0" w:line="240" w:lineRule="auto"/>
        <w:ind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  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231"/>
        <w:jc w:val="center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ПОЯСНИТЕЛЬНАЯ ЗАПИСКА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7 КЛАСС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Рабочая программа по английскому языку для обучающихся 7 классов составлена на основе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ОБЩАЯ ХАРАКТЕРИСТИКА УЧЕБНОГО ПРЕДМЕТА «ИНОСТРАННЫЙ (АНГЛИЙСКИЙ) ЯЗЫК»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ЦЕЛИ ИЗУЧЕНИЯ УЧЕБНОГО ПРЕДМЕТА «ИНОСТРАННЫЙ (АНГЛИЙСКИЙ) ЯЗЫК»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ценностном, когнитивном и прагматическом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уровнях и, соответственно,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воплощаются в личностных, метапредметных/общеучебных/универсальных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взаимопониманию между людьми разных стран.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прагматическом уровне </w:t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целью иноязычного образования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речевая компетенция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языковая компетенция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—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 родном и иностранном языках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социокультурная/межкультурная компетенция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компенсаторная компетенция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Наряду с иноязычной коммуникативной компетенцией средствами иностранного языка формируются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ключевые универсальные учебные компетенции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иностранным языкам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МЕСТО УЧЕБНОГО ПРЕДМЕТА В УЧЕБНОМ ПЛАНЕ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«ИНОСТРАННЫЙ (АНГЛИЙСКИЙ) ЯЗЫК»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7 классе отведено 102 учебных часа, по 3 часа в неделю.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СОДЕРЖАНИЕ УЧЕБНОГО ПРЕДМЕТА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КОММУНИКАТИВНЫЕ УМЕНИЯ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Взаимоотношения в семье и с друзьями. Семейные праздники. Обязанности по дому.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Внешность и характер человека/литературного персонажа. Досуг и увлечения/хобби современного подростка (чтение, кино, театр, музей, спорт, музыка).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Здоровый образ жизни: режим труда и отдыха, фитнес, сбалансированное питание.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Покупки: одежда, обувь и продукты питания.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Школа, школьная жизнь, школьная форма, изучаемые предметы, любимый предмет, правила поведения в школе, посещение школьной библиотеки/ресурсного центра. Переписка с зарубежными сверстниками.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Каникулы в различное время года. Виды отдыха. Путешествия по России и зарубежным странам. Природа: дикие и домашние животные. Климат, погода.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Жизнь в городе и сельской местности. Описание родного города/села. Транспорт.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Средства массовой информации (телевидение, журналы, Интернет).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Родная страна и страна/страны изучаемого языка. Их географическое положение, столицы; население; официальные языки; достопримечательности, культурные особенности (национальные праздники, традиции, обычаи).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Выдающиеся люди родной страны и страны/стран изучаемого языка: учёные, писатели, поэты, спортсмены.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диалогической речи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а 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этикетного характера: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побуждение к действию: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расспрос: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 речевого этикета, принятых в стране/странах изучаемого языка.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диалога — до 6 реплик со стороны каждого собеседника.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монологической речи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:rsidR="00680F08" w:rsidRPr="00103E8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1) </w:t>
      </w:r>
      <w:r w:rsidRPr="00103E81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  <w:r w:rsidRPr="00103E81">
        <w:rPr>
          <w:rFonts w:ascii="Times New Roman" w:hAnsi="Times New Roman" w:cs="Times New Roman"/>
          <w:sz w:val="20"/>
          <w:szCs w:val="20"/>
        </w:rPr>
        <w:t xml:space="preserve"> </w:t>
      </w:r>
      <w:r w:rsidRPr="00103E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повествование/сообщение; </w:t>
      </w:r>
    </w:p>
    <w:p w:rsidR="00680F08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103E81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2) изложение (пересказ) основного содержания, прочитанного/прослушанного текста; </w:t>
      </w:r>
    </w:p>
    <w:p w:rsidR="00680F08" w:rsidRPr="00103E81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103E81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3) краткое изложение результатов выполненной проектной работы.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план, вопросы и/или иллюстрации, фотографии, таблицы.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монологического высказывания — 8-9 фраз.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Аудирование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запрашиваемой информации.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тексте; игнорировать незнакомые слова, не существенные для понимания основного содержания.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Время звучания текста/текстов для аудирования — до 1,5 минуты.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нужной/запрашиваемой информации; с полным пониманием содержания текста.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последовательность главных фактов/событий; умение игнорировать незнакомые слова, несущественные для понимания основного содержания; понимать интернациональные слова.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с пониманием нужной/запрашиваемой информации предполагает умение находить в прочитанном тексте и понимать запрашиваемую информацию.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несплошных текстов (таблиц, диаграмм) и понимание представленной в них информации.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чтения: интервью; диалог (беседа); отрывок из художественного произведения, в том числе рассказа; отрывок из статьи научно-популярного характера; сообщение информационного характера; объявление; кулинарный рецепт; сообщение личного характера; стихотворение; несплошной текст (таблица, диаграмма).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текста/текстов для чтения — до 350 слов.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Письменная речь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умений письменной речи: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составление плана прочитанного текста;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написание электронного сообщения личного характера: сообщать краткие сведения о себе, расспрашивать друга/подругу по переписке о его/её увлечениях, выражать благодарность, извинение, просьбу; оформлять обращение, завершающую фразу и подпись в соответствии с нормами неофициального общения, приняты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в стране/странах изучаемого языка.</w:t>
      </w:r>
    </w:p>
    <w:p w:rsidR="00680F08" w:rsidRPr="00103E8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письма — до 90 слов; создание небольшого письменного высказывания с опорой на образец, план, таблицу. Объём письменного высказывания — до 90 слов.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ЯЗЫКОВЫЕ ЗНАНИЯ И УМЕНИЯ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Фонетическая сторона речи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 для чтения вслух — до 100 слов.</w:t>
      </w:r>
    </w:p>
    <w:p w:rsidR="00680F08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рафика, орфография и пунктуация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написание изученных слов.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Лексическая сторона речи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—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Основные способы словообразования: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а) аффиксация: образование имён существительных при помощи префикса un- (unreality) и при помощи суффиксов: -ment (development),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-ness (darkness);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образование имён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прилагательных при помощи суффиксов -ly (friendly), -ous (famous), -y (busy);</w:t>
      </w:r>
      <w:r w:rsidRPr="001F60B5">
        <w:rPr>
          <w:rFonts w:ascii="Times New Roman" w:hAnsi="Times New Roman" w:cs="Times New Roman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образование имён прилагательных и наречий при помощи префиксов in-/im- (informal, independently, impossible);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б)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словосложение: образование сложных прилагательных путём соединения основы прилагательного с основой существительного с добавлением суффикса -ed (blue-eyed).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Многозначные лексические единицы. Синонимы. Антонимы. Интернациональные слова. Наиболее частотные фразовые глаголы.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Грамматическая сторона речи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Предложения со сложным дополнением (Complex Object). Условные предложения реального (Conditional 0, Conditional I) характера; предложения с конструкцией to be going to + инфинитив и формы Future Simple Tense и Present Continuous Tense для выражения будущего действия.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Конструкция used to + инфинитив глагола.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Глаголы в наиболее употребительных формах страдательного залога (Present/Past Simple Passive).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Предлоги, употребляемые с глаголами в страдательном залоге. Модальный глагол might. Наречия, совпадающие по форме с прилагательными (fast, high; early).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Местоимения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other/another, both, all, one.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Количественные числительные для обозначения больших чисел (до 1 000 000).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СОЦИОКУЛЬТУРНЫЕ ЗНАНИЯ И УМЕНИЯ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Социокультурный портрет родной страны и страны/стран изучаемого языка: знакомство с традициями проведения основных национальных праздников (Рождества, Нового года, Дня матери и т. д.); с особенностями образа жизни и культуры страны/стран изучаемого языка (известными достопримечательностями; некоторыми выдающимися людьми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 доступными в языковом отношении образцами поэзии и прозы для подростков на английском языке.</w:t>
      </w:r>
    </w:p>
    <w:p w:rsidR="00680F08" w:rsidRPr="00103E8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умений: писать свои имя и фамилию, а также имена и фамилии своих родственников и друзей на английском языке; правильно оформлять свой адрес на английском языке (в анкете); 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 кратко представлять Россию и страну/страны изучаемого языка;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кратко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 кратко рассказывать о выдающихся людях родной страны и страны/стран изучаемого языка (учёных, писателях, поэтах, спортсменах).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КОМПЕНСАТОРНЫЕ УМЕНИЯ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при чтении и аудировании языковой, в том числе контекстуальной, догадки; при непосредственном общении догадываться о значении незнакомых слов с помощью используемых собеседником жестов и мимики.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Переспрашивать, просить повторить, уточняя значение незнакомых слов.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в качестве опоры при порождении собственных высказываний ключевых слов, плана.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Игнорирование информации, не являющейся необходимой для понимания основного содержания, прочитанного/прослушанного текста или для нахождения в тексте запрашиваемой информации.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ПЛАНИРУЕМЫЕ ОБРАЗОВАТЕЛЬНЫЕ РЕЗУЛЬТАТЫ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английского языка в 7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ЛИЧНОСТНЫЕ РЕЗУЛЬТАТЫ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 w:firstLine="589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Личностные результаты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Гражданского 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активное участие в жизни семьи, Организации, местного сообщества, родного края, страны;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гуманитарной деятельности (волонтёрство, помощь людям, нуждающимся в ней).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Патриотического 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Духовно-нравственного 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моральные ценности и нормы в ситуациях нравственного выбора;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Эстетическоговоспитания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  <w:r w:rsidRPr="001F60B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понимание ценности отечественного и мирового искусства, роли этнических культурных 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радиций и народного творчества;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стремление к самовыражению в разных видах искусства.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Физического воспитания, формирования культуры здоровья и эмоционального благополучия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ценности жизни;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соблюдение правил безопасности, в том числе навыков безопасного поведения в интернет-среде;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адаптироваться к стрессовым ситуациям и меняющимся социальным,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принимать себя и других, не осуждая;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сформированность навыка рефлексии, признание своего права на ошибку и такого же права другого человека.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Трудового 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адаптироваться в профессиональной среде;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уважение к труду и результатам трудовой деятельности;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Экологического воспитания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80F08" w:rsidRPr="00103E81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практической деятельности экологической направленности.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Ценности научного познания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овладение языковой и читательской культурой как средством познания мира;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основными навыками исследовательской деятельности, установка на осмысление опыта,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Личностные результаты, обеспечивающие адаптацию обучающегося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к изменяющимся условиям социальной и природной среды, включают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lastRenderedPageBreak/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анализировать и выявлять взаимосвязи природы, общества и экономики;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стрессовую ситуацию как вызов, требующий контрмер;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ситуацию стресса, корректировать принимаемые решения и действия;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быть готовым действовать в отсутствие гарантий успеха.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МЕТАПРЕДМЕТНЫЕ РЕЗУЛЬТАТЫ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Метапредметные результаты освоения программы основного общего образования, в том числе адаптированной, должны отражать: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познавательными действиями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базовые логические действия: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и характеризовать существенные признаки объектов (явлений);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предлагать критерии для выявления закономерностей и противоречий;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дефицит информации, данных, необходимых для решения поставленной задачи;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причинно-следственные связи при изучении явлений и процессов;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2)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базовые исследовательские действия: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вопросы как исследовательский инструмент познания;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гипотезу об истинности собственных суждений и суждений других,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аргументировать свою позицию, мнение;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прогнозировать возможное дальнейшее развитие процессов, событий и их последствия в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аналогичных или сходных ситуациях, выдвигать предположения об их развитии в новых условиях и контекстах;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3)     работа с информацией: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выбирать, анализировать, систематизировать и интерпретировать информацию различных видов и форм представления;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ной графикой и их комбинациями;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 надёжность информации по критериям, предложенным педагогическим работником или 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формулированным самостоятельно;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эффективно запоминать и систематизировать информацию.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коммуникативными действиями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1)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общение: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и формулировать суждения, выражать эмоции в соответствии с целями и условиями общения;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выражать себя (свою точку зрения) в устных и письменных текстах;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публично представлять результаты выполненного опыта (эксперимента, исследования, проекта);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совместная деятельность: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регулятивными действиями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самоорганизация: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проблемы для решения в жизненных и учебных ситуациях;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делать выбор и брать ответственность за решение;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2)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самоконтроль: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владеть способами самоконтроля, самомотивации и рефлексии;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давать адекватную оценку ситуации и предлагать план её изменения;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оценивать соответствие результата цели и условиям;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3)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эмоциональный интеллект: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различать, называть и управлять собственными эмоциями и эмоциями других;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выявлять и анализировать причины эмоций;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ставить себя на место другого человека, понимать мотивы и намерения другого;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lastRenderedPageBreak/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регулировать способ выражения эмоций;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4)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принятие себя и других: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осознанно относиться к другому человеку, его мнению; признавать своё право на ошибку и такое же право другого; принимать себя и других, не осуждая;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открытость себе и другим;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осознавать невозможность контролировать всё вокруг.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ПРЕДМЕТНЫЕ РЕЗУЛЬТАТЫ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680F08" w:rsidRDefault="00680F08" w:rsidP="00680F08">
      <w:pPr>
        <w:pStyle w:val="ae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Владеть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основными видами речевой деятельности: </w:t>
      </w:r>
    </w:p>
    <w:p w:rsidR="00680F08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D574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BD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говорение: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вести разные виды диалогов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(диалог этикетного характера, диалог — побуждение к действию, диалог-расспрос;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6 реплик со стороны каждого собеседника);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  <w:t xml:space="preserve"> </w:t>
      </w:r>
      <w:r w:rsidRPr="00BD574E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BD574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создавать разные виды монологических высказываний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8-9 фраз);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излагать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основное содержание прочитанного/прослушанного текста с вербальными и/или зрительными опорами (объём — 8-9 фраз);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кратко излагать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результаты выполненной проектной работы (объём — 8-9 фраз); </w:t>
      </w:r>
    </w:p>
    <w:p w:rsidR="00680F08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D574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BD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аудирование: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воспринимать на слух и понимать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аудирования — до 1,5 минут); </w:t>
      </w:r>
    </w:p>
    <w:p w:rsidR="00680F08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D574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BD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смысловоечтение: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читать про себя и понимать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нужной/запрашиваемой информации, с полным пониманием информации, представленной в тексте в эксплицитной/явной форме (объём текста/текстов для чтения — до 350 слов);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читать про себя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несплошные тексты (таблицы, диаграммы) и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понимать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представленную в них информацию;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определять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последовательность главных фактов/событий в тексте; </w:t>
      </w:r>
    </w:p>
    <w:p w:rsidR="00680F08" w:rsidRPr="00BD574E" w:rsidRDefault="00680F08" w:rsidP="00680F08">
      <w:pPr>
        <w:pStyle w:val="ae"/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BD574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BD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/>
        </w:rPr>
        <w:t xml:space="preserve">письменная речь: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заполнять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анкеты и формуляры с указанием личной информации;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писать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электронное сообщение личного характера, соблюдая речевой этикет, принятый в стране/странах изучаемого языка (объём сообщения — до 90 слов);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 xml:space="preserve">создавать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небольшое письменное высказывание с опорой на образец, план, ключевые слова, таблицу (объём высказывания — до 90 слов);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фонетическими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различать на слух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и адекватно, без ошибок, ведущих к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сбою коммуникации,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произносить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вслух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небольшие аутентичные тексты объёмом до 100 слов, построенные на изученном языковом материале, с соблюдением правил чтения и соответствующей интонацией; читать новые слова согласно основным правилам чтения;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орфографическими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правильно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изученные слова;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пунктуационными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точку, вопросительный и восклицательный знаки в конце предложения, запятую при перечислении и обращении, апостроф; пунктуационно правильно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оформлять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электронное сообщение личного характера;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звучащем и письменном тексте 1000 лексических единиц (слов, словосочетаний, речевых клише) и правильно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680F08" w:rsidRPr="00BD574E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родственные слова, образованные с использованием аффиксации: имена  существительные  с  помощью  суффиксов -ness,-ment; имена прилагательные с помощью суффиксов -ous, -ly; имена прилагательные и наречия с помощью отрицательных префиксов in-/im-; сложные имена прилагательные путем соединения основы прилагательного с основой существительного с добавлением суффикса -ed (blue-eyed);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изученные синонимы, антонимы, многозначные слова, интернациональные слова; наиболее частотные фразовые глаголы; </w:t>
      </w:r>
      <w:r w:rsidRPr="00BD574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BD574E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различные средства связи в тексте для обеспечения логичности и целостности высказывания;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 и понимать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особенности структуры простых и сложных предложений и различных коммуникативных типов предложений английского языка;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письменном и звучащем тексте и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речи:</w:t>
      </w:r>
      <w:r w:rsidRPr="001F60B5">
        <w:rPr>
          <w:rFonts w:ascii="Times New Roman" w:hAnsi="Times New Roman" w:cs="Times New Roman"/>
          <w:sz w:val="20"/>
          <w:szCs w:val="20"/>
        </w:rPr>
        <w:tab/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- предложения со сложным дополнением (Complex Object);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условные предложения реального (Conditional 0, Conditional I) характера;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предложения с конструкцией to be going to + инфинитив и формы Future Simple Tense и Present Continuous Tense для выражения будущего действия;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конструкцию used to + инфинитив глагола;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глаголы в наиболее употребительных формах страдательного залога (Present/Past Simple Passive);</w:t>
      </w:r>
      <w:r w:rsidRPr="001F60B5">
        <w:rPr>
          <w:rFonts w:ascii="Times New Roman" w:hAnsi="Times New Roman" w:cs="Times New Roman"/>
          <w:sz w:val="20"/>
          <w:szCs w:val="20"/>
        </w:rPr>
        <w:tab/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предлоги, употребляемые с глаголами в страдательном залоге;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модальный глагол might;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наречия, совпадающие по форме с прилагательными (fast, high; early);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местоимения other/another, both, all, one;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- количественные числительные для обозначения больших чисел (до 1 000 000);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социокультурными знаниями и умениями: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отдельные социокультурные элементы речевого поведенческого этикета, принятые в стране/странах изучаемого языка в рамках тематического содержания;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знать/понимать и использовать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наиболее употребительную тематическую фоновую лексику и реалии страны/стран изучаемого языка в рамках тематического содержания речи; </w:t>
      </w:r>
    </w:p>
    <w:p w:rsid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обладать базовыми знаниями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социокультурном портрете и культурном наследии родной страны истраны/стран изучаемого языка; 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кратко представлять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Россию и страну/страны изучаемого языка;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компенсаторными умениями: использовать при чтении и аудировании языковую догадку, в том числе контекстуальную; при непосредственном общении — переспрашивать, просить повторить, уточняя значение незнакомых слов;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информации;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7)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участвовать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8)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иноязычные словари и справочники, в том числе информационно-справочные системы в электронной форме;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достигать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взаимопонимания в процессе устного и письменного общения с носителями иностранного языка, с людьми другой культуры;</w:t>
      </w:r>
    </w:p>
    <w:p w:rsidR="00680F08" w:rsidRPr="001F60B5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hAnsi="Times New Roman" w:cs="Times New Roman"/>
          <w:sz w:val="20"/>
          <w:szCs w:val="20"/>
        </w:rPr>
        <w:tab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10) </w:t>
      </w:r>
      <w:r w:rsidRPr="001F60B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сравнивать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680F08" w:rsidRPr="001F60B5" w:rsidRDefault="00680F08" w:rsidP="00680F08">
      <w:pPr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  <w:sectPr w:rsidR="00680F08" w:rsidRPr="001F60B5" w:rsidSect="00CC5DFB">
          <w:pgSz w:w="11900" w:h="16840"/>
          <w:pgMar w:top="142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</w:p>
    <w:p w:rsidR="00680F08" w:rsidRPr="001F60B5" w:rsidRDefault="00680F08" w:rsidP="00680F08">
      <w:pPr>
        <w:autoSpaceDE w:val="0"/>
        <w:autoSpaceDN w:val="0"/>
        <w:spacing w:after="0" w:line="240" w:lineRule="auto"/>
        <w:ind w:left="851" w:right="231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t xml:space="preserve">ТЕМАТИЧЕСКОЕ ПЛАНИРОВАНИЕ </w:t>
      </w:r>
    </w:p>
    <w:tbl>
      <w:tblPr>
        <w:tblW w:w="15440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850"/>
        <w:gridCol w:w="3544"/>
        <w:gridCol w:w="982"/>
        <w:gridCol w:w="992"/>
        <w:gridCol w:w="1276"/>
        <w:gridCol w:w="1417"/>
        <w:gridCol w:w="1985"/>
        <w:gridCol w:w="1701"/>
        <w:gridCol w:w="2693"/>
      </w:tblGrid>
      <w:tr w:rsidR="00680F08" w:rsidRPr="001F60B5" w:rsidTr="00AE711E">
        <w:trPr>
          <w:trHeight w:hRule="exact" w:val="684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1F60B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3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F08" w:rsidRPr="00E8667A" w:rsidRDefault="00680F08" w:rsidP="00AE711E">
            <w:pPr>
              <w:tabs>
                <w:tab w:val="left" w:pos="0"/>
              </w:tabs>
              <w:autoSpaceDE w:val="0"/>
              <w:autoSpaceDN w:val="0"/>
              <w:spacing w:after="0" w:line="240" w:lineRule="auto"/>
              <w:ind w:left="172" w:right="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4" w:right="2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Виды, формы контроля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680F08" w:rsidRPr="001F60B5" w:rsidTr="00AE711E">
        <w:trPr>
          <w:trHeight w:hRule="exact" w:val="1326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64" w:right="231" w:hanging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1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BB5D5C" w:rsidTr="00AE711E">
        <w:trPr>
          <w:trHeight w:hRule="exact" w:val="18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Родная страна и страна/страны изучаемого языка. Их географическое положение, столицы; население; официальные языки; достопримечательности; культурные особенности (национальные праздники, традиции, обычаи)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Аудирование; Смысловое чтение; 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 Тестирование;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https://resh.edu.ru/subject/lesson/510/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Выдающиеся люди родной страны и страны/стран изучаемого языка: учёные, писатели, поэты, спортсмены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B62F6D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Монологическая речь; Смысловое чтение;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https://resh.edu.ru/subject/lesson/1571/start/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BB5D5C" w:rsidTr="00AE711E">
        <w:trPr>
          <w:trHeight w:hRule="exact" w:val="1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Смысловое чтение;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 Контрольная работа;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https://resh.edu.ru/subject/lesson/2872/main/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Досуг и увлечения/хобби современного подростка (чтение, кино, театр, музей, спорт, музыка)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B62F6D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1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https://resh.edu.ru/subject/lesson/2874/main/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hyperlink r:id="rId82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https://resh.edu.ru/subject/lesson/3094/main/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BB5D5C" w:rsidTr="00AE711E">
        <w:trPr>
          <w:trHeight w:hRule="exact" w:val="16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Внешность и характер человека/литературного персонажа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Смысловое чтение; Лексическая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 Контрольная работа;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https://resh.edu.ru/subject/lesson/2872/main/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hyperlink r:id="rId84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https://resh.edu.ru/subject/lesson/653/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13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1.6.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Природа: дикие и домашние животные. Климат, погода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Смысловое чтение; Лексическая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https://resh.edu.ru/subject/lesson/4606/main/113525/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90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Покупки: одежда,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обувь и продукты питания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Смысловое чтение; Лексическая сторона речи;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B62F6D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2F6D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6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</w:t>
              </w:r>
              <w:r w:rsidRPr="00B62F6D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://</w:t>
              </w:r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www</w:t>
              </w:r>
              <w:r w:rsidRPr="00B62F6D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.</w:t>
              </w:r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bilingual.ru/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19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Школа. Школьная жизнь, школьная форма, изучаемые предметы, любимый предмет, правила поведения в школе, посещение школьной </w:t>
            </w:r>
            <w:r w:rsidRPr="001F60B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библиотеки/ресурсного центра. Переписка с зарубежными сверстниками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B62F6D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Монологическая речь; Смысловое чтение;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7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https://resh.edu.ru/subject/lesson/2838/main/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BB5D5C" w:rsidTr="00AE711E">
        <w:trPr>
          <w:trHeight w:hRule="exact" w:val="11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Жизнь в городе и сельской местности. Описание родного города/села. Транспорт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Монологическая речь; Аудирование; Смысловое чтение;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 Диктант;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8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https://resh.edu.ru/subject/lesson/2841/main/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BB5D5C" w:rsidTr="00AE711E">
        <w:trPr>
          <w:trHeight w:hRule="exact" w:val="16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Средства массовой информации. Телевидение. Журналы. Интернет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Аудирование; Смысловое чтение; Письменная речь;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Письменный контроль; Контрольная работа;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https://resh.edu.ru/subject/lesson/2885/main/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 </w:t>
            </w:r>
          </w:p>
        </w:tc>
      </w:tr>
      <w:tr w:rsidR="00680F08" w:rsidRPr="001F60B5" w:rsidTr="00AE711E">
        <w:trPr>
          <w:trHeight w:hRule="exact" w:val="16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Смысловое чтение; 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http://www.4teachers.org/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27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lastRenderedPageBreak/>
              <w:t>1.12.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2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Здоровый образ жизни. Режим труда и отдыха. Фитнес. Сбалансированное питани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286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271" w:right="4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8" w:right="231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0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Диалогическая речь; Монологическая речь; Аудирование; Смысловое чтение; Письменная речь; Лексическая сторона речи; Социокультурные знания и умения;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7" w:right="1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Устный опрос; Контрольная работа;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7578CA" w:rsidRDefault="00680F08" w:rsidP="00AE711E">
            <w:pPr>
              <w:autoSpaceDE w:val="0"/>
              <w:autoSpaceDN w:val="0"/>
              <w:spacing w:after="0" w:line="240" w:lineRule="auto"/>
              <w:ind w:left="28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https://resh.edu.ru/subject/lesson/2831/start/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r w:rsidRPr="001F60B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2" w:history="1">
              <w:r w:rsidRPr="00E6170F">
                <w:rPr>
                  <w:rStyle w:val="afe"/>
                  <w:rFonts w:ascii="Times New Roman" w:eastAsia="Times New Roman" w:hAnsi="Times New Roman" w:cs="Times New Roman"/>
                  <w:w w:val="97"/>
                  <w:sz w:val="20"/>
                  <w:szCs w:val="20"/>
                </w:rPr>
                <w:t>https://resh.edu.ru/subject/lesson/4603/main/160590/</w:t>
              </w:r>
            </w:hyperlink>
            <w:r w:rsidRPr="007578CA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</w:p>
        </w:tc>
      </w:tr>
      <w:tr w:rsidR="00680F08" w:rsidRPr="001F60B5" w:rsidTr="00AE711E">
        <w:trPr>
          <w:trHeight w:hRule="exact" w:val="569"/>
        </w:trPr>
        <w:tc>
          <w:tcPr>
            <w:tcW w:w="5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3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autoSpaceDE w:val="0"/>
              <w:autoSpaceDN w:val="0"/>
              <w:spacing w:after="0" w:line="240" w:lineRule="auto"/>
              <w:ind w:left="14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0B5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1F60B5" w:rsidRDefault="00680F08" w:rsidP="00AE711E">
            <w:pPr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1F60B5" w:rsidRDefault="00680F08" w:rsidP="00AE711E">
            <w:pPr>
              <w:spacing w:after="0" w:line="240" w:lineRule="auto"/>
              <w:ind w:left="851" w:right="2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0F08" w:rsidRPr="001F60B5" w:rsidRDefault="00680F08" w:rsidP="00680F08">
      <w:pPr>
        <w:spacing w:after="0" w:line="240" w:lineRule="auto"/>
        <w:ind w:right="231"/>
        <w:jc w:val="both"/>
        <w:rPr>
          <w:rFonts w:ascii="Times New Roman" w:hAnsi="Times New Roman" w:cs="Times New Roman"/>
          <w:sz w:val="20"/>
          <w:szCs w:val="20"/>
        </w:rPr>
        <w:sectPr w:rsidR="00680F08" w:rsidRPr="001F60B5" w:rsidSect="001F60B5">
          <w:pgSz w:w="16840" w:h="11900"/>
          <w:pgMar w:top="993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38531B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38531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УЧЕБНО-МЕТОДИЧЕСКОЕ ОБЕСПЕЧЕНИЕ ОБРАЗОВАТЕЛЬНОГО ПРОЦЕССА </w:t>
      </w:r>
    </w:p>
    <w:p w:rsidR="00680F08" w:rsidRPr="00873013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87301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680F08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Афанасьева О.В., Михеева И.В. Английский язык. 7 класс.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АО «Издательство «Просвещение».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МЕТОДИЧЕСКИЕ МАТЕРИАЛЫ ДЛЯ УЧИТЕЛЯ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Английский язык. Книга для учителя. 7 класс, Афанасьева О.В., Михеева И.В.; Английский язык.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Книга для чтения. 7 класс, Афанасьева О.В., Михеева И.В.; Английский язык. Рабочая тетрадь. 7 класс,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Афанасьева О.В., Михеева И.В.; Английский язык. Лексико-грамматический практикум.7 класс.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Афанасьева О.В., Михеева И.В., Баранова К.М.; Английский язык. Контрольные и проверочные задания. VII класс.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Афанасьева О.В., Михеева И.В.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ЦИФРОВЫЕ ОБРАЗОВАТЕЛЬНЫЕ РЕСУРСЫ И РЕСУРСЫ СЕТИ ИНТЕРНЕТ</w:t>
      </w:r>
    </w:p>
    <w:p w:rsidR="00680F08" w:rsidRPr="0038531B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93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www.prosv.ru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4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http://prosv.ru/umk/vereshchagina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5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https://resh.edu.ru/subject/11/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6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http://www.onestopenglish.com/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7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http://school-collection.edu.ru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8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http://www.ege.edu.ru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99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http://www.fipi.ru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0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http://edu.ru/index.php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1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http://www.fsu.edu.ru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2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http://www.4teachers.org/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3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http://school.iot.ru/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4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www.thefreedictionary.com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hyperlink r:id="rId105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http://www.incredimail.com/english/gifts/c...008-ecards.aspx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106" w:history="1">
        <w:r w:rsidRPr="007455B7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http://www.edu.ru/modules.php?op=modload&amp;a...tsD&amp;show=10</w:t>
        </w:r>
      </w:hyperlink>
    </w:p>
    <w:p w:rsidR="00680F08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МАТЕРИАЛЬНО-ТЕХНИЧЕСКОЕ ОБЕСПЕЧЕНИЕ ОБРАЗОВАТЕЛЬНОГО ПРОЦЕССА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1F60B5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УЧЕБНОЕ ОБОРУДОВАНИЕ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1F60B5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емонстрационные таблицы, словари</w:t>
      </w:r>
    </w:p>
    <w:p w:rsidR="00680F08" w:rsidRDefault="00680F08" w:rsidP="00680F08">
      <w:pPr>
        <w:autoSpaceDE w:val="0"/>
        <w:autoSpaceDN w:val="0"/>
        <w:spacing w:after="0" w:line="240" w:lineRule="auto"/>
        <w:ind w:right="1223"/>
        <w:jc w:val="both"/>
        <w:rPr>
          <w:rFonts w:ascii="Times New Roman" w:hAnsi="Times New Roman" w:cs="Times New Roman"/>
          <w:sz w:val="20"/>
          <w:szCs w:val="20"/>
        </w:rPr>
      </w:pPr>
      <w:r w:rsidRPr="001F60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ОБОРУДОВАНИЕ ДЛЯ ПРОВЕДЕНИЯ ЛАБОРАТОРНЫХ, ПРАКТИЧЕСКИХ РАБОТ, ДЕМОНСТРАЦИЙ </w:t>
      </w:r>
      <w:r w:rsidRPr="001F60B5">
        <w:rPr>
          <w:rFonts w:ascii="Times New Roman" w:hAnsi="Times New Roman" w:cs="Times New Roman"/>
          <w:sz w:val="20"/>
          <w:szCs w:val="20"/>
        </w:rPr>
        <w:br/>
      </w:r>
      <w:r w:rsidRPr="001F60B5">
        <w:rPr>
          <w:rFonts w:ascii="Times New Roman" w:eastAsia="Times New Roman" w:hAnsi="Times New Roman" w:cs="Times New Roman"/>
          <w:color w:val="000000"/>
          <w:sz w:val="20"/>
          <w:szCs w:val="20"/>
        </w:rPr>
        <w:t>Мультимедийный проектор, интерактивная доска.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680F08" w:rsidRPr="00E61F04" w:rsidRDefault="00680F08" w:rsidP="00680F08">
      <w:pPr>
        <w:tabs>
          <w:tab w:val="center" w:pos="0"/>
        </w:tabs>
        <w:spacing w:after="0" w:line="240" w:lineRule="auto"/>
        <w:ind w:right="1082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2C323D"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  <w:t>Воспитательный потенциал предмета «английский язык» реализуется через:</w:t>
      </w:r>
    </w:p>
    <w:p w:rsidR="00680F08" w:rsidRPr="00E61F04" w:rsidRDefault="00680F08" w:rsidP="00680F08">
      <w:pPr>
        <w:pStyle w:val="ae"/>
        <w:numPr>
          <w:ilvl w:val="0"/>
          <w:numId w:val="10"/>
        </w:numPr>
        <w:tabs>
          <w:tab w:val="center" w:pos="0"/>
        </w:tabs>
        <w:spacing w:after="0" w:line="240" w:lineRule="auto"/>
        <w:ind w:left="0" w:right="1082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1F04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привлечение внимания обучающихся к ценностному аспекту изучаемых на уроках явлений,</w:t>
      </w: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E61F04">
        <w:rPr>
          <w:rFonts w:ascii="Times New Roman" w:hAnsi="Times New Roman" w:cs="Times New Roman"/>
          <w:color w:val="000000"/>
          <w:sz w:val="20"/>
          <w:szCs w:val="20"/>
          <w:lang w:val="ru-RU"/>
        </w:rPr>
        <w:t>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80F08" w:rsidRPr="0038531B" w:rsidRDefault="00680F08" w:rsidP="00680F08">
      <w:pPr>
        <w:pStyle w:val="ae"/>
        <w:numPr>
          <w:ilvl w:val="0"/>
          <w:numId w:val="10"/>
        </w:numPr>
        <w:shd w:val="clear" w:color="auto" w:fill="FFFFFF"/>
        <w:tabs>
          <w:tab w:val="center" w:pos="0"/>
        </w:tabs>
        <w:spacing w:after="0" w:line="240" w:lineRule="auto"/>
        <w:ind w:left="0" w:right="1082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1F04">
        <w:rPr>
          <w:rFonts w:ascii="Times New Roman" w:hAnsi="Times New Roman" w:cs="Times New Roman"/>
          <w:color w:val="000000"/>
          <w:sz w:val="20"/>
          <w:szCs w:val="20"/>
          <w:lang w:val="ru-RU"/>
        </w:rPr>
        <w:t>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</w:t>
      </w:r>
      <w:r w:rsidRPr="0038531B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38531B">
        <w:rPr>
          <w:rFonts w:ascii="Times New Roman" w:hAnsi="Times New Roman" w:cs="Times New Roman"/>
          <w:sz w:val="20"/>
          <w:szCs w:val="20"/>
        </w:rPr>
        <w:t> </w:t>
      </w:r>
      <w:hyperlink r:id="rId107" w:tooltip="Решение прикладных задач Цель обучения 2 2 использовать абсолютную и относительную ссылки" w:history="1">
        <w:r w:rsidRPr="0038531B">
          <w:rPr>
            <w:rStyle w:val="afe"/>
            <w:rFonts w:ascii="Times New Roman" w:hAnsi="Times New Roman" w:cs="Times New Roman"/>
            <w:sz w:val="20"/>
            <w:szCs w:val="20"/>
            <w:lang w:val="ru-RU"/>
          </w:rPr>
          <w:t>задач для решения</w:t>
        </w:r>
      </w:hyperlink>
      <w:r w:rsidRPr="0038531B">
        <w:rPr>
          <w:rFonts w:ascii="Times New Roman" w:hAnsi="Times New Roman" w:cs="Times New Roman"/>
          <w:sz w:val="20"/>
          <w:szCs w:val="20"/>
          <w:lang w:val="ru-RU"/>
        </w:rPr>
        <w:t>, проблемных ситуаций для обсуждения в классе;</w:t>
      </w:r>
    </w:p>
    <w:p w:rsidR="00680F08" w:rsidRPr="0038531B" w:rsidRDefault="00680F08" w:rsidP="00680F08">
      <w:pPr>
        <w:pStyle w:val="ae"/>
        <w:numPr>
          <w:ilvl w:val="0"/>
          <w:numId w:val="10"/>
        </w:numPr>
        <w:shd w:val="clear" w:color="auto" w:fill="FFFFFF"/>
        <w:tabs>
          <w:tab w:val="center" w:pos="0"/>
        </w:tabs>
        <w:spacing w:after="0" w:line="240" w:lineRule="auto"/>
        <w:ind w:left="0" w:right="1082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8531B">
        <w:rPr>
          <w:rFonts w:ascii="Times New Roman" w:hAnsi="Times New Roman" w:cs="Times New Roman"/>
          <w:sz w:val="20"/>
          <w:szCs w:val="20"/>
          <w:lang w:val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680F08" w:rsidRPr="0038531B" w:rsidRDefault="00680F08" w:rsidP="00680F08">
      <w:pPr>
        <w:tabs>
          <w:tab w:val="center" w:pos="0"/>
        </w:tabs>
        <w:ind w:right="1082"/>
        <w:jc w:val="both"/>
        <w:rPr>
          <w:rFonts w:ascii="Times New Roman" w:hAnsi="Times New Roman" w:cs="Times New Roman"/>
          <w:sz w:val="20"/>
          <w:szCs w:val="20"/>
        </w:rPr>
      </w:pPr>
      <w:r w:rsidRPr="0038531B">
        <w:rPr>
          <w:rFonts w:ascii="Times New Roman" w:hAnsi="Times New Roman" w:cs="Times New Roman"/>
          <w:sz w:val="20"/>
          <w:szCs w:val="20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 </w:t>
      </w:r>
      <w:hyperlink r:id="rId108" w:tooltip="Лекция Основы мастерства публичного выступления План" w:history="1">
        <w:r w:rsidRPr="0038531B">
          <w:rPr>
            <w:rStyle w:val="afe"/>
            <w:rFonts w:ascii="Times New Roman" w:hAnsi="Times New Roman" w:cs="Times New Roman"/>
            <w:sz w:val="20"/>
            <w:szCs w:val="20"/>
          </w:rPr>
          <w:t>навык публичного выступления перед аудиторией</w:t>
        </w:r>
      </w:hyperlink>
      <w:r w:rsidRPr="0038531B">
        <w:rPr>
          <w:rFonts w:ascii="Times New Roman" w:hAnsi="Times New Roman" w:cs="Times New Roman"/>
          <w:sz w:val="20"/>
          <w:szCs w:val="20"/>
        </w:rPr>
        <w:t>, аргументирования и отстаивания своей точки зрения.</w:t>
      </w:r>
      <w:r w:rsidRPr="0038531B">
        <w:rPr>
          <w:rFonts w:ascii="Times New Roman" w:hAnsi="Times New Roman" w:cs="Times New Roman"/>
          <w:sz w:val="20"/>
          <w:szCs w:val="20"/>
        </w:rPr>
        <w:tab/>
      </w:r>
    </w:p>
    <w:p w:rsidR="00680F08" w:rsidRDefault="00680F08"/>
    <w:p w:rsidR="00680F08" w:rsidRDefault="00680F08"/>
    <w:p w:rsidR="00680F08" w:rsidRDefault="00680F08"/>
    <w:p w:rsidR="00680F08" w:rsidRDefault="00680F08"/>
    <w:p w:rsidR="00680F08" w:rsidRPr="00680F08" w:rsidRDefault="00680F08" w:rsidP="00680F08">
      <w:pPr>
        <w:autoSpaceDE w:val="0"/>
        <w:autoSpaceDN w:val="0"/>
        <w:spacing w:after="0" w:line="240" w:lineRule="auto"/>
        <w:ind w:right="141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ПОЯСНИТЕЛЬНАЯ ЗАПИСКА 8 КЛАСС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 w:firstLine="70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Рабочая программа по английскому языку для обучающихся 8 классов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ОБЩАЯ ХАРАКТЕРИСТИКА УЧЕБНОГО ПРЕДМЕТА «ИНОСТРАННЫЙ (АНГЛИЙСКИЙ) ЯЗЫК»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 w:firstLine="70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 w:firstLine="70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 w:firstLine="70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 w:firstLine="707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Естественно, возрастание значимости владения иностранными языками приводит к переосмыслению целей и содержания обучения предмету.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ЦЕЛИ ИЗУЧЕНИЯ УЧЕБНОГО ПРЕДМЕТА «ИНОСТРАННЫЙ (АНГЛИЙСКИЙ) ЯЗЫК»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ценностном, когнитивном и прагматическом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уровнях и, соответственно, воплощаются в личностных, метапредметных/общеучебных/универсальных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взаимопониманию между людьми разных стран.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прагматическом уровне </w:t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целью иноязычного образования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речевая компетенция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языковая компетенция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социокультурная/межкультурная компетенция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компенсаторная компетенция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80F08" w:rsidRPr="00680F08" w:rsidSect="0030103B">
          <w:pgSz w:w="11900" w:h="16840"/>
          <w:pgMar w:top="851" w:right="650" w:bottom="709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Наряду с иноязычной коммуникативной компетенцией средствами иностранного языка формируются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ключевые универсальные учебные компетенции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иностранным языкам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МЕСТО УЧЕБНОГО ПРЕДМЕТА В УЧЕБНОМ ПЛАНЕ «ИНОСТРАННЫЙ (АНГЛИЙСКИЙ) ЯЗЫК»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Обязательный учебный предмет «Иностранный язык» входит предметную область «Иностранные языки» и изучается обязательно со 2-го по 11-ый класс. На изучение иностранного языка в 8 классе отведено 102 учебных часа, по 3 часа в неделю.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СОДЕРЖАНИЕ УЧЕБНОГО ПРЕДМЕТА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КОММУНИКАТИВНЫЕ УМЕНИЯ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Взаимоотношения в семье и с друзьями.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Внешность и характер человека/литературного персонажа.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Досуг и увлечения/хобби современного подростка (чтение, кино, театр, музей, спорт, музыка).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Здоровый образ жизни: режим труда и отдыха, фитнес, сбалансированное питание. Посещение врача.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Покупки: одежда, обувь и продукты питания. Карманные деньги.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Школа, школьная жизнь, школьная форма, изучаемые предметы и отношение к ним. Посещение школьной библиотеки/ресурсного центра. Переписка с зарубежными сверстниками.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Виды отдыха в различное время года. Путешествия по России и зарубежным странам.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Природа: флора и фауна. Проблемы экологии. Климат, погода. Стихийные бедствия.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Условия проживания   в   городской/сельской   местности. Транспорт.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Средства массовой информации (телевидение, радио, пресса, Интернет).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Родная страна и страна/страны изучаемого языка. Их географическое положение, столицы; население; официальные языки; достопримечательности, культурные особенности (национальные праздники, традиции, обычаи).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Выдающиеся люди родной страны и страны/стран изучаемого языка: учёные, писатели, поэты, художники, музыканты, спортсмены.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 коммуникативных  умений  </w:t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диалогической  речи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а именно умений вести разные виды диалогов (диалог этикетного характера, диалог — побуждение к действию, диалог — расспрос; комбинированный диалог, включающий различные виды диалогов):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этикетного характера: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начинать, поддерживать и заканчивать  разговор,  вежливо переспрашивать; 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— побуждение к действию: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диалог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расспрос: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нормы речевого этикета, принятых в стране/странах изучаемого языка.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диалога — до 7 реплик со стороны каждого собеседника.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монологической речи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 устных   связных   монологических   высказываний с использованием основных коммуникативных типов речи: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— 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  повествование/сообщение;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выражение и аргументирование своего мнения по отношению к услышанному/прочитанному; изложение (пересказ) основного содержания прочитанного/ прослушанного текста;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составление рассказа по картинкам;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изложение результатов выполненной проектной работы.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монологического высказывания — 9-10 фраз.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 непосредственном общении: понимание на слух речи учителя и одноклассников и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вербальная/невербальная реакция на услышанное; использование переспрос или просьбу повторить для уточнения отдельных деталей.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 существенные для понимания основного содержания.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нужной/интересующей/запрашиваемой информации предполагает умение выделять нужную/интересующую/запрашиваемую информацию, представленную в эксплицитной (явной) форме, в воспринимаемом на слух тексте.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Время звучания текста/текстов для аудирования — до 2 минут.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пониманием содержания.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 пониманием основного содержания текста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предполагает умения: определять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содержания; понимать интернациональные слова.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 пониманием нужной/интересующей/запрашиваемой информации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предполагает умение находить прочитанном тексте и понимать запрашиваемую информацию, представленную в эксплицитной (явной) форме; оценивать найденную информацию с точки зрения её значимости для решения коммуникативной задачи.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несплошных текстов (таблиц, диаграмм, схем) и понимание представленной в них информации.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 полным пониманием содержания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текста/текстов для чтения — 350-500 слов.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Письменная речь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умений письменной речи: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составление плана/тезисов устного или письменного сообщения;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Объём письма — до 110 слов;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110 слов.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ЯЗЫКОВЫЕ ЗНАНИЯ И УМЕНИЯ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Фонетическая сторона речи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 для чтения вслух — до 110 слов.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Графика, орфография и пунктуация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написание изученных слов.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при вводных словах, обозначающих порядок мыслей и их связь (например, в английском языке: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firstly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first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of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all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secondly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finally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on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one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hand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on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other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hand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 апострофа.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Пунктуационно правильно в соответствии с нормами речевого этикета, принятыми в стране/странах изучаемого языка, оформлять электронное сообщение личного характера.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Лексическая сторона речи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сочетаемости.Объём — 1050 лексических единиц для продуктивного использования (включая лексические единицы, изученные  ранее) и 1250 лексических единиц для рецептивного усвоения (включая 1050 лексических единиц  продуктивного  минимума).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Основные способы словообразования: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аффиксация: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имен существительных при помощи суффиксов: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performance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residence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ity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activity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ship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friendship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образование имен прилагательных при помощи префикса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inter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international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имен прилагательных при помощи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interested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interesting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б)  конверсия: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имени существительного от неопределённой формы глагола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walk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walk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глагола от имени существительного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present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present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образование имени существительного от прилагательного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rich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rich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Различные средства связи в тексте для обеспечения его целостности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firstly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however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finally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last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etc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.).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Грамматическая сторона речи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Предложения со сложным дополнением (Complex Object) (I saw her cross/crossing the road.).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Все типы вопросительных предложений в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Perfect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Tense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. Согласование времен в рамках сложного предложения.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Согласование подлежащего, выраженного собирательным существительным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family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police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 со сказуемым.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Конструкции с глаголами на -ing: to love/hate doing something.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Конструкции, содержащие глаголы-связки to be/to look/to feel/to seem.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Конструкции be/get used to + инфинитив глагола; be/get used to + инфинитив глагола; be/get used to doing something; be/get used to something.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Конструкция both … and … 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Конструкции c глаголами to stop, to remember, to forget (разница в значении to stop doing smth и to stop to do smth).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Глаголы в видо-временных формах действительного залога в изъявительном наклонении (Past Perfect Tense, Present Perfect Continuous Tense, Future-in-the-Past).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Модальные глаголы в косвенной речи в настоящем и прошедшем времени.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Неличные формы глагола (инфинитив, герундий, причастия настоящего и прошедшего времени). Наречия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enough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Отрицательные местоимения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(и его производные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nobody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nothing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etc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.),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none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СОЦИОКУЛЬТУРНЫЕ ЗНАНИЯ И УМЕНИЯ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 англоязычной среде; знание и использование в устной и письменной речи наиболее употребительной тематической фоновой лексики и реалий в рамках тематического содержания. 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Социокультурный портрет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Соблюдение нормы вежливости в межкультурном общении.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социокультурного портрета родной страны и страны/ стран изучаемого языка: символики, достопримечательностей; культурных особенностей (национальные праздники, традиции), образцов поэзии и прозы, доступных в языковом отношении.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умений: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кратко представлять Россию и страну/страны изучаемого языка (культурные явления, события, достопримечательности);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кратко рассказывать о некоторых выдающихся людях родной страны и страны/стран изучаемого языка (учёных, писателях, поэтах,  художниках,  музыкантах,  спортсменах и т. д.);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 и т. д.).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КОМПЕНСАТОРНЫЕ УМЕНИЯ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при чтении и аудировании языковой, в том числе контекстуальной, догадки; использование при говорении и письме перифраз/толкование, синонимические средства, описание предмета вместо его названия; при непосредственном общении догадываться о значении незнакомых слов с помощью используемых собеседником жестов и мимики.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Переспрашивать, просить повторить, уточняя значение незнакомых слов.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в качестве опоры при порождении собственных высказываний ключевых слов, плана.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Игнорирование информации, не являющейся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ПЛАНИРУЕМЫЕ ОБРАЗОВАТЕЛЬНЫЕ РЕЗУЛЬТАТЫ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английского языка в 8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ЛИЧНОСТНЫЕ РЕЗУЛЬТАТЫ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Личностные результаты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Гражданского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активное участие в жизни семьи, Организации, местного сообщества, родного края, страны;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гуманитарной деятельности (волонтёрство, помощь людям, нуждающимся в ней).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Патриотического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Духовно-нравственного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моральные ценности и нормы в ситуациях нравственного выбора;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Эстетического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стремление к самовыражению в разных видах искусства.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Физического воспитания, формирования культуры здоровья и эмоционального благополучия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осознание ценности жизни;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соблюдение правил безопасности, в том числе навыков безопасного поведения в интернет-среде;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адаптироваться к стрессовым ситуациям и меняющимся социальным,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принимать себя и других, не осуждая;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сформированность навыка рефлексии, признание своего права на ошибку и такого же права другого человека.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Трудового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интерес к практическому изучению профессий и труда различного рода, в том числе на основе применения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изучаемого предметного знания;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готовность адаптироваться в профессиональной среде;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уважение к труду и результатам трудовой деятельности;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Экологического воспитания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осознание своей роли как гражданина и потребителя в условиях взаимосвязи природной, технологической и социальной сред;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практической деятельности экологической направленности.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Ценности научного познания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овладение языковой и читательской культурой как средством познания мира;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основными навыками исследовательской деятельности, установка на осмысление опыта,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Личностные результаты, обеспечивающие адаптацию обучающегося к изменяющимся условиям социальной и природной среды, включают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деятельности, а также в рамках социального взаимодействия с людьми из другой культурной среды;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понятиями), а также оперировать терминами и представлениями в области концепции устойчивого развития;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анализировать и выявлять взаимосвязи природы, общества и экономики;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стрессовую ситуацию как вызов, требующий контрмер;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ситуацию стресса, корректировать принимаемые решения и действия;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быть готовым действовать в отсутствие гарантий успеха.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МЕТАПРЕДМЕТНЫЕ РЕЗУЛЬТАТЫ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Метапредметные результаты освоения программы основного общего образования, в том числе адаптированной, должны отражать: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познавательными действиями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    базовые логические действия: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и характеризовать существенные признаки объектов (явлений);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предлагать критерии для выявления закономерностей и противоречий;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дефицит информации, данных, необходимых для решения поставленной задачи;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причинно-следственные связи при изучении явлений и процессов;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2)     базовые исследовательские действия: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вопросы как исследовательский инструмент познания;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формулировать гипотезу об истинности собственных суждений и суждений других,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аргументировать свою позицию, мнение;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прогнозировать возможное дальнейшее развитие процессов, событий и их последствия в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аналогичных или сходных ситуациях, выдвигать предположения об их развитии в новых условиях и контекстах;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3)     работа с информацией: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эффективно запоминать и систематизировать информацию.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коммуникативными действиями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1)     общение: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выражать себя (свою точку зрения) в устных и письменных текстах;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сопоставлять свои суждения с суждениями других участников диалога, обнаруживать различие и сходство позиций;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публично представлять результаты выполненного опыта (эксперимента, исследования, проекта);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2)     совместная деятельность: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уметь обобщать мнения нескольких людей, проявлять готовность руководить, выполнять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поручения, подчиняться;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качество своего вклада в общий продукт по критериям, самостоятельно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сформулированным участниками взаимодействия;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сравнивать результаты с исходной задачей и вклад каждого члена команды в достижение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регулятивными действиями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    самоорганизация: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проблемы для решения в жизненных и учебных ситуациях;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делать выбор и брать ответственность за решение;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    самоконтроль: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владеть способами самоконтроля, самомотивации и рефлексии;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давать адекватную оценку ситуации и предлагать план её изменения;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оценивать соответствие результата цели и условиям;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3)     эмоциональный интеллект: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различать, называть и управлять собственными эмоциями и эмоциями других;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и анализировать причины эмоций;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ставить себя на место другого человека, понимать мотивы и намерения другого;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регулировать способ выражения эмоций;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4)     принятие себя и других: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осознанно относиться к другому человеку, его мнению; признавать своё право на ошибку и такое же право другого; принимать себя и других, не осуждая;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открытость себе и другим;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осознавать невозможность контролировать всё вокруг.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ПРЕДМЕТНЫЕ РЕЗУЛЬТАТЫ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Владеть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основными видами речевой деятельности: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вести разные виды диалогов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(диалог этикетного характера, диалог — побуждение к действию, диалог — расспрос; комбинированный диалог, включающий различные виды диалогов) в рамках тематического содержания речи в 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7 реплик со стороны каждого собеседника);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создавать разные виды монологических высказываний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до 9-10 фраз);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выражать и кратко аргументировать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своё мнение,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основное содержание прочитанного/ прослушанного текста с вербальными и/или зрительными опорами (объём — 9-10 фраз);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результаты выполненной проектной работы (объём — 9-10 фраз);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воспринимать на слух и понимать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информации (время звучания текста/текстов для аудирования — до 2 минут);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прогнозировать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содержание звучащего текста по началу сообщения;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про себя и понимать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(объём текста/текстов для чтения — 350-500 слов);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несплошные тексты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(таблицы,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диаграммы) и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понимать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представленную в них информацию;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определять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последовательность главных фактов/событий в тексте;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письменная речь: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заполнять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анкеты и формуляры, сообщая о себе основные сведения, в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соответствии с нормами, принятыми в стране/странах изучаемого языка;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электронное сообщение личного характера, соблюдая речевой этикет, принятый в стране/странах изучаемого языка (объём сообщения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— до 110 слов);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создавать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небольшое письменное высказывание с опорой на образец, план, таблицу и/или прочитанный/прослушанный текст (объём высказывания — до 110 слов);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фонетическими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различать на слух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адекватно, без ошибок, ведущих к сбою коммуникации,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произносить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применять правила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отсутствия фразового ударения на служебных словах; владеть правилами чтения и выразительно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вслух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текста;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новые слова согласно основным правилам чтения;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орфографическими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правильно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изученные слова;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пунктуационными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звучащем и письменном тексте 1250 лексических единиц (слов, словосочетаний, речевых клише) и правильно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1050 лексических единиц, обслуживающих ситуации общения в рамках тематического содержания, с соблюдением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существующих норм лексической сочетаемости;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родственные слова, образованные с использованием аффиксации: имена существительные с помощью суффиксов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ity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,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ship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,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ence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имена прилагательные с помощью префикса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inter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родственные слова, образованные с помощью конверсии (имя существительное от неопределённой формы глагола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walk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walk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), глагол от имени существительного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present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present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), имя существительное от прилагательного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rich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rich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изученные многозначные слова, синонимы, антонимы; наиболее частотные фразовые глаголы; сокращения  и  аббревиатуры;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различные средства связи в тексте для обеспечения логичности и целостности высказывания;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 и понимать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особенностей структуры простых и сложных предложений английского языка; различных коммуникативных типов предложений английского языка;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письменном и звучащем тексте и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речи: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</w:p>
    <w:p w:rsidR="00680F08" w:rsidRPr="00680F08" w:rsidRDefault="00680F08" w:rsidP="00680F08">
      <w:pPr>
        <w:tabs>
          <w:tab w:val="left" w:pos="993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- предложения со сложным дополнением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Complex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Object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все типы вопросительных предложений в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Perfect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Tense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согласование времён в рамках сложного предложения;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согласование подлежащего, выраженного собирательным существительным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family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police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), со сказуемым;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конструкции с глаголами на 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love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hate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doing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something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конструкции, содержащие глаголы-связки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look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feel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seem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конструкции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get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used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something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get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used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doing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something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 конструкцию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both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and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конструкции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глаголами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stop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remember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forget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(разница в значении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stop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doing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smth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stop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do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smth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глаголы в видо-временных формах действительного залога в изъявительном наклонении (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Perfect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Tense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Present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Perfect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Continuous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Tense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Future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in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the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Past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модальные глаголы в косвенной речи в настоящем и прошедшем времени;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- неличные формы глагола (инфинитив, герундий, причастия настоящего и прошедшего времени);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</w:p>
    <w:p w:rsidR="00680F08" w:rsidRPr="00680F08" w:rsidRDefault="00680F08" w:rsidP="00680F08">
      <w:pPr>
        <w:tabs>
          <w:tab w:val="left" w:pos="993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 xml:space="preserve">   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наречия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too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enough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отрицательные местоимения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(и его производные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nobody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nothing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etc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.),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none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социокультурными знаниями и умениями: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осуществлять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основные социокультурные элементы речевого поведенческого этикета в стране/странах изучаемого языка в рамках тематического содержания речи;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кратко представлять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родную страну/малую родину и страну/страны изучаемого языка (культурные явления и события; достопримечательности, выдающиеся люди);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оказывать помощь зарубежным гостям в ситуациях повседневного общения (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объяснить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местонахождение объекта, сообщить возможный маршрут и т. д.);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компенсаторными умениями: использовать при чтении и аудировании языковую, в том числе контекстуальную, догадку; при непосредственном общении — переспрашивать, просить повторить, уточняя значение незнакомых слов;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7)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понимать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8) уметь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рассматривать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участвовать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10)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иноязычные словари и справочники, в том числе информационно-справочные системы в электронной форме;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lastRenderedPageBreak/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11)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достигать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взаимопонимания в процессе устного и письменного общения с носителями иностранного языка, людьми другой культуры;</w:t>
      </w:r>
    </w:p>
    <w:p w:rsidR="00680F08" w:rsidRPr="00680F08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12) </w:t>
      </w:r>
      <w:r w:rsidRPr="00680F08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сравнивать </w:t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680F08" w:rsidRPr="00680F08" w:rsidRDefault="00680F08" w:rsidP="00680F08">
      <w:pPr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</w:rPr>
        <w:sectPr w:rsidR="00680F08" w:rsidRPr="00680F08" w:rsidSect="0030103B">
          <w:type w:val="continuous"/>
          <w:pgSz w:w="11900" w:h="16840"/>
          <w:pgMar w:top="851" w:right="650" w:bottom="709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83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bookmarkStart w:id="0" w:name="_Hlk113925087"/>
      <w:r w:rsidRPr="00680F08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  <w:lang w:val="en-US"/>
        </w:rPr>
        <w:t>ТЕМАТИЧЕСКОЕ ПЛАНИРОВАНИЕ</w:t>
      </w:r>
    </w:p>
    <w:tbl>
      <w:tblPr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850"/>
        <w:gridCol w:w="1134"/>
        <w:gridCol w:w="1134"/>
        <w:gridCol w:w="1276"/>
        <w:gridCol w:w="2410"/>
        <w:gridCol w:w="1559"/>
        <w:gridCol w:w="2835"/>
      </w:tblGrid>
      <w:tr w:rsidR="00680F08" w:rsidRPr="00680F08" w:rsidTr="00AE711E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№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п/п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Дата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изучения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Виды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деятельности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Виды,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 xml:space="preserve">формы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контроля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Электронные (цифровые) образовательные ресурсы</w:t>
            </w:r>
          </w:p>
        </w:tc>
      </w:tr>
      <w:tr w:rsidR="00680F08" w:rsidRPr="00680F08" w:rsidTr="00AE711E">
        <w:trPr>
          <w:trHeight w:hRule="exact" w:val="89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right="141" w:hanging="13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-6" w:right="141" w:firstLine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 w:hanging="13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0F08" w:rsidRPr="00680F08" w:rsidTr="00AE711E">
        <w:trPr>
          <w:trHeight w:hRule="exact" w:val="10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Взаимоотношения в семье и с друзьями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Социокультурные знания и умения;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Устный опрос;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09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 lesson/2785/main/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7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Внешность и характер человека/литературного персонажа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Письменная речь;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Устный опрос;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10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 lesson/2876/main/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8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Досуг и увлечения/хобби современного подростка (чтение, кино, театр, музей, спорт, музыка)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Смысловое чтение;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Устный опрос;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11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 lesson/4604/main/160558/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24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Школа, школьная жизнь, школьная форма, изучаемые предметы и отношение к ним.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Посещение школьной библиотеки/ресурсного центра. Переписка с зарубежными сверстниками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-138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Аудирование;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Письменная речь; Лексическая 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Письменный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Тестирование; Диктант;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hyperlink r:id="rId112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/2838/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hyperlink r:id="rId113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/1503/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hyperlink r:id="rId114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prosv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umk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vereshchagina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0F08" w:rsidRPr="00680F08" w:rsidTr="00AE711E">
        <w:trPr>
          <w:trHeight w:hRule="exact" w:val="19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Покупки: одежда, обувь и продукты питания.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Карманные деньги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-138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Аудирование;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Письменная речь; Лексическая сторона речи;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Письменный контроль;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15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https://resh.edu.ru/subject/lesson/3474/main/135259/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</w:t>
            </w:r>
            <w:hyperlink r:id="rId116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http://prosv.ru/umk/vereshchagina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1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Здоровый образ жизни. Режим труда и отдыха. Фитнес. Сбалансированное питание. Посещение врача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Смысловое чтение;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Письменный контроль;</w:t>
            </w:r>
          </w:p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17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https://resh.edu.ru/subject/lesson/2790/main/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21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lastRenderedPageBreak/>
              <w:t>1.7.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Выдающиеся люди родной страны и страны/стран изучаемого языка: учёные, писатели, поэты, художники, музыканты, спортсмены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Аудирование;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Лексическая 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Диктант;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hyperlink r:id="rId118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/2863/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</w:r>
            <w:hyperlink r:id="rId119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/6099/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/137413/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hyperlink r:id="rId120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prosv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umk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vereshchagina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0F08" w:rsidRPr="00680F08" w:rsidTr="00AE711E">
        <w:trPr>
          <w:trHeight w:hRule="exact" w:val="26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1.8.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Родная страна и страна/страны изучаемого языка. Их географическое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положение, столицы; население; официальные языки;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Письменная речь; Лексическая 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Грамматическая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Социокультурные знания и умения;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Письменный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контроль;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Тестирование;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hyperlink r:id="rId121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/2828/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hyperlink r:id="rId122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prosv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umk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vereshchagina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0F08" w:rsidRPr="00680F08" w:rsidTr="00AE711E">
        <w:trPr>
          <w:trHeight w:hRule="exact" w:val="9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1.9.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Природа: флора и фауна. Проблемы экологии.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Климат, погода. Стихийные бедствия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5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Смысловое чтение;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Контрольная работа;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23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https://resh.edu.ru/subject/lesson/6339/main/136059/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18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1.10.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Виды отдыха в различное время года. Путешествия по России и зарубежным странам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Письменная речь; Лексическая 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Грамматическая сторона речи;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Устный опрос;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hyperlink r:id="rId124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://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resh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edu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.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subject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lesson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/2902/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main</w:t>
              </w:r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</w:rPr>
                <w:t>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80F08" w:rsidRPr="00680F08" w:rsidTr="00AE711E">
        <w:trPr>
          <w:trHeight w:hRule="exact" w:val="9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1.1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Условия проживания в городской/сельской местности.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Транспорт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Смысловое чтение;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Письменный контроль;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25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https://resh.edu.ru/subject/lesson/2800/start/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29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0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lastRenderedPageBreak/>
              <w:t>1.12.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Средства массовой информации. Телевидение. Радио.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Пресса. Интернет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5" w:right="141" w:firstLine="14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851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3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7" w:right="141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Диалогическая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Монологическая речь;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Аудирование;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Смысловое чтение;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Письменная речь; Лексическая 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Грамматическая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 xml:space="preserve">сторона речи;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</w:rPr>
              <w:br/>
              <w:t>Социокультурные знания и умения.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37" w:right="141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Устный опрос; </w:t>
            </w:r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br/>
              <w:t>Контрольная работа;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200" w:line="276" w:lineRule="auto"/>
              <w:ind w:left="146" w:right="141" w:hanging="4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hyperlink r:id="rId126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https://resh.edu.ru/subject/lesson/1529/main/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</w:t>
            </w:r>
            <w:hyperlink r:id="rId127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https://resh.edu.ru/subject/lesson/2811/start/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</w:t>
            </w:r>
            <w:hyperlink r:id="rId128" w:history="1">
              <w:r w:rsidRPr="00680F08">
                <w:rPr>
                  <w:rFonts w:ascii="Times New Roman" w:eastAsiaTheme="minorEastAsia" w:hAnsi="Times New Roman" w:cs="Times New Roman"/>
                  <w:color w:val="0563C1" w:themeColor="hyperlink"/>
                  <w:sz w:val="20"/>
                  <w:szCs w:val="20"/>
                  <w:u w:val="single"/>
                  <w:lang w:val="en-US"/>
                </w:rPr>
                <w:t>http://prosv.ru/umk/vereshchagina</w:t>
              </w:r>
            </w:hyperlink>
            <w:r w:rsidRPr="00680F0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80F08" w:rsidRPr="00680F08" w:rsidTr="00AE711E">
        <w:trPr>
          <w:trHeight w:hRule="exact" w:val="558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autoSpaceDE w:val="0"/>
              <w:autoSpaceDN w:val="0"/>
              <w:spacing w:after="0" w:line="240" w:lineRule="auto"/>
              <w:ind w:left="143" w:right="1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80F08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autoSpaceDE w:val="0"/>
              <w:autoSpaceDN w:val="0"/>
              <w:spacing w:after="0" w:line="240" w:lineRule="auto"/>
              <w:ind w:left="143" w:right="1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en-US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autoSpaceDE w:val="0"/>
              <w:autoSpaceDN w:val="0"/>
              <w:spacing w:after="0" w:line="240" w:lineRule="auto"/>
              <w:ind w:left="429" w:right="141" w:firstLine="1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autoSpaceDE w:val="0"/>
              <w:autoSpaceDN w:val="0"/>
              <w:spacing w:after="0" w:line="240" w:lineRule="auto"/>
              <w:ind w:left="851" w:right="141" w:hanging="43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680F08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en-US"/>
              </w:rPr>
              <w:t>0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680F08" w:rsidRDefault="00680F08" w:rsidP="00680F08">
            <w:pPr>
              <w:spacing w:after="0" w:line="240" w:lineRule="auto"/>
              <w:ind w:left="851" w:right="1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680F08" w:rsidRPr="00680F08" w:rsidRDefault="00680F08" w:rsidP="00680F08">
      <w:pPr>
        <w:autoSpaceDE w:val="0"/>
        <w:autoSpaceDN w:val="0"/>
        <w:spacing w:after="0" w:line="240" w:lineRule="auto"/>
        <w:ind w:left="851" w:right="141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bookmarkEnd w:id="0"/>
    <w:p w:rsidR="00680F08" w:rsidRPr="00680F08" w:rsidRDefault="00680F08" w:rsidP="00680F08">
      <w:pPr>
        <w:spacing w:after="0" w:line="240" w:lineRule="auto"/>
        <w:ind w:right="141"/>
        <w:jc w:val="both"/>
        <w:rPr>
          <w:rFonts w:ascii="Times New Roman" w:eastAsiaTheme="minorEastAsia" w:hAnsi="Times New Roman" w:cs="Times New Roman"/>
          <w:sz w:val="20"/>
          <w:szCs w:val="20"/>
        </w:rPr>
        <w:sectPr w:rsidR="00680F08" w:rsidRPr="00680F08" w:rsidSect="009C7139">
          <w:pgSz w:w="16840" w:h="11900"/>
          <w:pgMar w:top="1276" w:right="640" w:bottom="709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680F08" w:rsidRDefault="00680F08" w:rsidP="00680F08">
      <w:pPr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УЧЕБНО-МЕТОДИЧЕСКОЕ ОБЕСПЕЧЕНИЕ ОБРАЗОВАТЕЛЬНОГО ПРОЦЕССА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Афанасьева О.В., Михеева И.В. Английский язык. 8 класс. АО «Издательство «Просвещение».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МЕТОДИЧЕСКИЕ МАТЕРИАЛЫ ДЛЯ УЧИТЕЛЯ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-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Английский язык. Книга для учителя. 8 класс, Афанасьева О.В., Михеева И.В.; Английский язык. Книга для чтения. 8 класс, Афанасьева О.В.,Михеева И.В.; Английский язык. Рабочая тетрадь. 8 класс, Афанасьева О.В., Михеева И.В.; Английский язык. Контрольные работы. 8 класс, Афанасьева О.В., Михеева И.В., Ваулина Дж.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ЦИФРОВЫЕ ОБРАЗОВАТЕЛЬНЫЕ РЕСУРСЫ И РЕСУРСЫ СЕТИ ИНТЕРНЕТ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129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prosv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umk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vereshchagina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0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https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resh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subject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/11/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1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onestopenglish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com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2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school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-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collection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3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ege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4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fipi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5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index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php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6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fsu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7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.4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teachers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org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8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school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iot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39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thefreedictionary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com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hyperlink r:id="rId140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incredimail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com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english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gifts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c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...008-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ecards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aspx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hyperlink r:id="rId141" w:history="1"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http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://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www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edu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ru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/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modules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</w:rPr>
          <w:t>.</w:t>
        </w:r>
        <w:r w:rsidRPr="00680F08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/>
          </w:rPr>
          <w:t>php</w:t>
        </w:r>
      </w:hyperlink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?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МАТЕРИАЛЬНО-ТЕХНИЧЕСКОЕ ОБЕСПЕЧЕНИЕ ОБРАЗОВАТЕЛЬНОГО ПРОЦЕССА УЧЕБНОЕ ОБОРУДОВАНИЕ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Демонстрационные таблицы, словари.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0F0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ОБОРУДОВАНИЕ ДЛЯ ПРОВЕДЕНИЯ ЛАБОРАТОРНЫХ, ПРАКТИЧЕСКИХ РАБОТ, ДЕМОНСТРАЦИЙ 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br/>
      </w:r>
      <w:r w:rsidRPr="00680F08">
        <w:rPr>
          <w:rFonts w:ascii="Times New Roman" w:eastAsia="Times New Roman" w:hAnsi="Times New Roman" w:cs="Times New Roman"/>
          <w:color w:val="000000"/>
          <w:sz w:val="20"/>
          <w:szCs w:val="20"/>
        </w:rPr>
        <w:t>Мультимедийный проектор, интерактивная доска.</w:t>
      </w:r>
    </w:p>
    <w:p w:rsidR="00680F08" w:rsidRPr="00680F08" w:rsidRDefault="00680F08" w:rsidP="00680F08">
      <w:pPr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b/>
          <w:sz w:val="20"/>
          <w:szCs w:val="20"/>
          <w:shd w:val="clear" w:color="auto" w:fill="FFFFFF"/>
        </w:rPr>
      </w:pPr>
      <w:r w:rsidRPr="00680F08">
        <w:rPr>
          <w:rFonts w:ascii="Times New Roman" w:eastAsiaTheme="minorEastAsia" w:hAnsi="Times New Roman" w:cs="Times New Roman"/>
          <w:b/>
          <w:sz w:val="20"/>
          <w:szCs w:val="20"/>
          <w:shd w:val="clear" w:color="auto" w:fill="FFFFFF"/>
        </w:rPr>
        <w:t>ВОСПИТАТЕЛЬНЫЙ ПОТЕНЦИАЛ ПРЕДМЕТА «АНГЛИЙСКИЙ ЯЗЫК» РЕАЛИЗУЕТСЯ ЧЕРЕЗ:</w:t>
      </w:r>
    </w:p>
    <w:p w:rsidR="00680F08" w:rsidRPr="00680F08" w:rsidRDefault="00680F08" w:rsidP="00680F08">
      <w:pPr>
        <w:numPr>
          <w:ilvl w:val="0"/>
          <w:numId w:val="10"/>
        </w:numPr>
        <w:spacing w:after="0" w:line="240" w:lineRule="auto"/>
        <w:ind w:left="-284" w:right="141" w:firstLine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80F08" w:rsidRPr="00680F08" w:rsidRDefault="00680F08" w:rsidP="00680F08">
      <w:pPr>
        <w:numPr>
          <w:ilvl w:val="0"/>
          <w:numId w:val="10"/>
        </w:numPr>
        <w:shd w:val="clear" w:color="auto" w:fill="FFFFFF"/>
        <w:spacing w:after="0" w:line="240" w:lineRule="auto"/>
        <w:ind w:left="-284" w:right="141" w:firstLine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>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</w:t>
      </w: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> </w:t>
      </w:r>
      <w:hyperlink r:id="rId142" w:tooltip="Решение прикладных задач Цель обучения 2 2 использовать абсолютную и относительную ссылки" w:history="1">
        <w:r w:rsidRPr="00680F08">
          <w:rPr>
            <w:rFonts w:ascii="Times New Roman" w:eastAsiaTheme="minorEastAsia" w:hAnsi="Times New Roman" w:cs="Times New Roman"/>
            <w:sz w:val="20"/>
            <w:szCs w:val="20"/>
          </w:rPr>
          <w:t>задач для решения</w:t>
        </w:r>
      </w:hyperlink>
      <w:r w:rsidRPr="00680F08">
        <w:rPr>
          <w:rFonts w:ascii="Times New Roman" w:eastAsiaTheme="minorEastAsia" w:hAnsi="Times New Roman" w:cs="Times New Roman"/>
          <w:sz w:val="20"/>
          <w:szCs w:val="20"/>
        </w:rPr>
        <w:t>, проблемных ситуаций для обсуждения в классе;</w:t>
      </w:r>
    </w:p>
    <w:p w:rsidR="00680F08" w:rsidRPr="00680F08" w:rsidRDefault="00680F08" w:rsidP="00680F08">
      <w:pPr>
        <w:numPr>
          <w:ilvl w:val="0"/>
          <w:numId w:val="10"/>
        </w:numPr>
        <w:shd w:val="clear" w:color="auto" w:fill="FFFFFF"/>
        <w:spacing w:after="0" w:line="240" w:lineRule="auto"/>
        <w:ind w:left="-284" w:right="141" w:firstLine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680F08" w:rsidRPr="00680F08" w:rsidRDefault="00680F08" w:rsidP="00680F08">
      <w:pPr>
        <w:spacing w:after="200" w:line="276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680F08">
        <w:rPr>
          <w:rFonts w:ascii="Times New Roman" w:eastAsiaTheme="minorEastAsia" w:hAnsi="Times New Roman" w:cs="Times New Roman"/>
          <w:sz w:val="20"/>
          <w:szCs w:val="20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</w:t>
      </w:r>
      <w:r w:rsidRPr="00680F08">
        <w:rPr>
          <w:rFonts w:ascii="Times New Roman" w:eastAsiaTheme="minorEastAsia" w:hAnsi="Times New Roman" w:cs="Times New Roman"/>
          <w:sz w:val="20"/>
          <w:szCs w:val="20"/>
          <w:lang w:val="en-US"/>
        </w:rPr>
        <w:t> </w:t>
      </w:r>
      <w:hyperlink r:id="rId143" w:tooltip="Лекция Основы мастерства публичного выступления План" w:history="1">
        <w:r w:rsidRPr="00680F08">
          <w:rPr>
            <w:rFonts w:ascii="Times New Roman" w:eastAsiaTheme="minorEastAsia" w:hAnsi="Times New Roman" w:cs="Times New Roman"/>
            <w:sz w:val="20"/>
            <w:szCs w:val="20"/>
          </w:rPr>
          <w:t>навык публичного выступления перед аудиторией</w:t>
        </w:r>
      </w:hyperlink>
      <w:r w:rsidRPr="00680F08">
        <w:rPr>
          <w:rFonts w:ascii="Times New Roman" w:eastAsiaTheme="minorEastAsia" w:hAnsi="Times New Roman" w:cs="Times New Roman"/>
          <w:sz w:val="20"/>
          <w:szCs w:val="20"/>
        </w:rPr>
        <w:t>, аргументирования и отстаивания своей точки зрения.</w:t>
      </w:r>
      <w:r w:rsidRPr="00680F08">
        <w:rPr>
          <w:rFonts w:ascii="Times New Roman" w:eastAsiaTheme="minorEastAsia" w:hAnsi="Times New Roman" w:cs="Times New Roman"/>
          <w:sz w:val="20"/>
          <w:szCs w:val="20"/>
        </w:rPr>
        <w:tab/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left="-284" w:right="141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Default="00680F08"/>
    <w:p w:rsidR="00680F08" w:rsidRPr="00E911EB" w:rsidRDefault="00680F08" w:rsidP="00680F08">
      <w:pPr>
        <w:pBdr>
          <w:bottom w:val="single" w:sz="6" w:space="5" w:color="000000"/>
        </w:pBdr>
        <w:shd w:val="clear" w:color="auto" w:fill="FFFFFF"/>
        <w:spacing w:after="0" w:line="240" w:lineRule="auto"/>
        <w:ind w:left="851" w:right="378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</w:pPr>
      <w:r w:rsidRPr="00E911EB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0"/>
          <w:lang w:eastAsia="ru-RU"/>
        </w:rPr>
        <w:lastRenderedPageBreak/>
        <w:t>английский язык, 9 класс</w:t>
      </w:r>
    </w:p>
    <w:p w:rsidR="00680F08" w:rsidRPr="00E911EB" w:rsidRDefault="00680F08" w:rsidP="00680F08">
      <w:pPr>
        <w:tabs>
          <w:tab w:val="left" w:pos="9923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ПОЯСНИТЕЛЬНАЯ ЗАПИСКА</w:t>
      </w:r>
    </w:p>
    <w:p w:rsidR="00680F08" w:rsidRPr="00E911EB" w:rsidRDefault="00680F08" w:rsidP="00680F08">
      <w:pPr>
        <w:tabs>
          <w:tab w:val="left" w:pos="9923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Рабочая программа по английскому языку для обучающихся 9 классов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680F08" w:rsidRPr="00E911EB" w:rsidRDefault="00680F08" w:rsidP="00680F08">
      <w:pPr>
        <w:tabs>
          <w:tab w:val="left" w:pos="9923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ОБЩАЯ ХАРАКТЕРИСТИКА УЧЕБНОГО ПРЕДМЕТА «ИНОСТРАННЫЙ (АНГЛИЙСКИЙ) ЯЗЫК»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пост 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ЦЕЛИ ИЗУЧЕНИЯ УЧЕБНОГО ПРЕДМЕТА «ИНОСТРАННЫЙ (АНГЛИЙСКИЙ) ЯЗЫК»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ценностном, когнитивном и прагматическом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уровнях и, соответственно,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воплощаются в личностных, метапредметных/общеучебных/универсальных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взаимопониманию между людьми разных стран.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прагматическом уровне </w:t>
      </w: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целью иноязычного образования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речевая компетенция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языковая компетенция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социокультурная/межкультурная компетенция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 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компенсаторная компетенция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Наряду с иноязычной коммуникативной компетенцией средствами иностранного языка формируются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ключевые универсальные учебные компетенции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включающие образовательную, ценностно-ориентационную,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иностранным языкам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МЕСТО УЧЕБНОГО ПРЕДМЕТА В УЧЕБНОМ ПЛАНЕ «ИНОСТРАННЫЙ (АНГЛИЙСКИЙ) ЯЗЫК»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9 классе отведено 102 учебных часа, по 3 часа в неделю.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СОДЕРЖАНИЕ УЧЕБНОГО ПРЕДМЕТА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КОММУНИКАТИВНЫЕ УМЕНИЯ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Взаимоотношения в семье и с друзьями. Конфликты и их разрешение.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Внешность и характер человека/литературного персонажа. Досуг и увлечения/хобби современного подростка (чтение, кино, театр, музыка, музей, спорт, живопись; компьютерные игры). Роль книги в жизни подростка.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Здоровый образ жизни: режим труда и отдыха, фитнес, сбалансированное питание. Посещение врача.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Покупки: одежда, обувь и продукты питания. Карманные деньги. Молодёжная мода.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Школа, школьная жизнь, изучаемые предметы и отношение к ним. Взаимоотношения в школе: проблемы и их решение. Переписка с зарубежными сверстниками.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Виды отдыха в различное время года. Путешествия по России и зарубежным странам. Транспорт. Природа: флора и фауна. Проблемы экологии. Защита окружающей среды. Климат, погода.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Стихийные бедствия.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Средства массовой информации (телевидение, радио, пресса, Интернет).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Родная страна и страна/страны изучаемого языка. Их географическое положение, столицы и крупные города, регионы; население; официальные языки; достопримечательности, культурные особенности (национальные праздники, знаменательные даты, традиции, обычаи); страницы истории.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 </w:t>
      </w:r>
      <w:r w:rsidRPr="00E911EB">
        <w:rPr>
          <w:rFonts w:ascii="Times New Roman" w:hAnsi="Times New Roman" w:cs="Times New Roman"/>
          <w:sz w:val="20"/>
          <w:szCs w:val="20"/>
        </w:rPr>
        <w:br/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 коммуникативных  умений  </w:t>
      </w: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диалогической  речи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а именно умений вести комбинированный диалог, включающий различные виды диалогов (этикетный диалог, диалог —побуждение к действию, диалог — расспрос); диалог — обмен мнениями: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-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этикетного характера: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  <w:r w:rsidRPr="00E911EB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диалог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побуждение к действию: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- диалог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расспрос: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  <w:t xml:space="preserve">- диалог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—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обмен мнениями: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выражать свою точку мнения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 и т. д.).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или без опор с соблюдением норм речевого этикета, принятых в стране/странах изучаемого языка.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диалога — до 8 реплик со стороны каждого собеседника в рамках комбинированного диалога; до 6 реплик со стороны каждого собеседника в рамках диалога — обмена мнениями.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коммуникативных умений </w:t>
      </w: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монологической речи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повествование/сообщение;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рассуждение;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- выражение и краткое аргументирование своего мнения по отношению к услышанному/прочитанному;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изложение (пересказ)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составление рассказа по картинкам;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изложение результатов выполненной проектной работы.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 или без опоры.</w:t>
      </w:r>
    </w:p>
    <w:p w:rsidR="00680F08" w:rsidRPr="00E911EB" w:rsidRDefault="00680F08" w:rsidP="00680F08">
      <w:pPr>
        <w:autoSpaceDE w:val="0"/>
        <w:autoSpaceDN w:val="0"/>
        <w:spacing w:before="70"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монологического высказывания — 10-12 фраз.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 </w:t>
      </w:r>
      <w:r w:rsidRPr="00E911EB">
        <w:rPr>
          <w:rFonts w:ascii="Times New Roman" w:hAnsi="Times New Roman" w:cs="Times New Roman"/>
          <w:sz w:val="20"/>
          <w:szCs w:val="20"/>
        </w:rPr>
        <w:br/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отдельных деталей.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Аудирование с пониманием нужной/интересующей/запрашиваемой информации предполагает умение выделять нужную/интересующую/запрашиваемую информацию, представленную в эксплицитной (явной) форме, в воспринимаемом на слух тексте.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Языковая сложность текстов для аудирования должна соответствовать базовому уровню (А2 —допороговому уровню по общеевропейской шкале).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Время звучания текста/текстов для аудирования — до 2 минут.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 текста.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прогнозировать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содержание текста по заголовку/началу текста; определять логическую последовательность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 понимать интернациональные слова.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с пониманием нужной/интересующей/запрашиваемой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несплошных текстов (таблиц, диаграмм, схем) и понимание представленной в них информации.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Чтение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 полным пониманием содержания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Языковая сложность текстов для чтения должна соответствовать базовому уровню (А2 —допороговому уровню по общеевропейской шкале).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текста/текстов для чтения — 500-600 слов.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Письменная речь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умений письменной речи: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- составление плана/тезисов устного или письменного сообщения;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благодарность/извинение/просьбу,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письма — до 120 слов;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120 слов;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заполнение таблицы с краткой фиксацией содержания прочитанного/прослушанного текста;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преобразование таблицы, схемы в текстовый вариант представления информации;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письменное представление результатов выполненной проектной работы (объём — 100-120 слов).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ЯЗЫКОВЫЕ ЗНАНИЯ И УМЕНИЯ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Фонетическая сторона речи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Выражение модального значения, чувства и эмоции.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Различение на слух британского и американского вариантов произношения в прослушанных текстах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или услышанных высказываниях.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текста для чтения вслух — до 110 слов.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Графика, орфография и пунктуация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Правильное написание изученных слов.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при вводных словах, обозначающих порядок мыслей и их связь (например, в английском языке: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firstly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first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all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secondly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finally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one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hand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hand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 апострофа.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Лексическая сторона речи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Объём —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Основные способы словообразования: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а) аффиксация: глаголов с помощью префиксов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under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over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dis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mis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-; имён прилагательных с помощью суффиксов 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able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ible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имён существительных с помощью отрицательных префиксов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im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б) словосложение: образование сложных существительных путём соединения основы числительного с основой существительного с добавлением суффикса 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eight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legged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образование сложных существительных путём соединения основ существительных с предлогом: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father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law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 образование сложных прилагательных путём соединения основы прилагательного с основой причастия настоящего времени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nice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looking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 образование сложных прилагательных путём соединения основы прилагательного с основой причастия прошедшего времени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well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behaved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в) конверсия: образование глагола от имени прилагательного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cool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cool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Различные средства связи в тексте для обеспечения его целостности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firstly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however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finally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etc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.).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Грамматическая сторона речи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680F08" w:rsidRPr="00A86012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Предложения</w:t>
      </w:r>
      <w:r w:rsidRPr="00A860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A860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сложным</w:t>
      </w:r>
      <w:r w:rsidRPr="00A860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дополнением</w:t>
      </w:r>
      <w:r w:rsidRPr="00A860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(Complex Object) (I want to have my hair cut.).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Условные предложения нереального характера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Conditional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Конструкции для выражения предпочтения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prefer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’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prefer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’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rather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Конструкция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wish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Предложения с конструкцией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neither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nor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Глаголы в видовременных формах действительного залога в изъявительном наклонении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Future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Simple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Tense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Perfect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Tense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Continuous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Tense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Future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 и наиболее употребительных формах страдательного залога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Simple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Passive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Perfect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Passive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Порядок следования имён прилагательных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nice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long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blond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hair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СОЦИОКУЛЬТУРНЫЕ ЗНАНИЯ И УМЕНИЯ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 англоязычной среде;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традиции, обычаи; традиции в питании и проведении досуга, система образования).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элементарного представление о различных вариантах английского языка.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Соблюдение нормы вежливости в межкультурном общении.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умений: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- писать свои имя и фамилию, а также имена и фамилии своих родственников и друзей на английском языке;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- правильно оформлять свой адрес на английском языке (в анкете);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- кратко представлять Россию и страну/страны изучаемого языка;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питании, достопримечательности);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кратко представлять некоторых выдающихся людей родной страны и страны/стран изучаемого языка (учёных, писателей, поэтов, художников, композиторов, музыкантов, спортсменов и т. д.);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 д.).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КОМПЕНСАТОРНЫЕ УМЕНИЯ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при чтении и аудировании языковой, в том числе контекстуальной, догадки; при говорении и письме — перифраза/толкования, синонимических средств, описание предмета вместо его названия; при непосредственном общении догадываться о значении незнакомых слов с помощью</w:t>
      </w:r>
      <w:r w:rsidRPr="00E911EB">
        <w:rPr>
          <w:rFonts w:ascii="Times New Roman" w:hAnsi="Times New Roman" w:cs="Times New Roman"/>
          <w:sz w:val="20"/>
          <w:szCs w:val="20"/>
        </w:rPr>
        <w:t xml:space="preserve"> используемых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собеседником жестов и мимики.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Переспрашивать, просить повторить, уточняя значение незнакомых слов.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Использование в качестве опоры при порождении собственных высказываний ключевых слов, плана.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80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Игнорирование информации, не являющейся необходимой, для понимания основного содержания, прочитанного/прослушанного текста или для нахождения в тексте запрашиваемой информации.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ПЛАНИРУЕМЫЕ ОБРАЗОВАТЕЛЬНЫЕ РЕЗУЛЬТАТЫ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английского языка в 9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ЛИЧНОСТНЫЕ РЕЗУЛЬТАТЫ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Личностные результаты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Гражданского 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- активное участие в жизни семьи, Организации, местного сообщества, родного края, страны;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неприятие любых форм экстремизма, дискриминации; понимание роли различных социальных институтов в жизни человека;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готовность к участию в гуманитарной деятельности (волонтёрство, помощь людям, нуждающимся в ней).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Патриотического 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Духовно-нравственного 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ориентация на моральные ценности и нормы в ситуациях нравственного выбора;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Эстетическоговоспитания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понимание ценности отечественного и мирового искусства, роли этнических культурных традиций и народного творчества;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стремление к самовыражению в разных видах искусства.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Физического воспитания, формирования культуры здоровья и эмоционального благополучия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осознание ценности жизни;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соблюдение правил безопасности, в том числе навыков безопасного поведения в интернет-среде;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>-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умение принимать себя и других, не осуждая;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сформированность навыка рефлексии, признание своего права на ошибку и такого же права другого человека.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Трудового 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готовность адаптироваться в профессиональной среде;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уважение к труду и результатам трудовой деятельности;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Экологического воспитания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lastRenderedPageBreak/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готовность к участию в практической деятельности экологической направленности.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Ценности научного познания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овладение языковой и читательской культурой как средством познания мира;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основными навыками исследовательской деятельности, установка на осмысление опыта,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Личностные результаты, обеспечивающие адаптацию обучающегося к изменяющимся условиям социальной и природной среды, включают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способность обучающихся взаимодействовать в условиях неопределённости, открытость опыту и знаниям других;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умение анализировать и выявлять взаимосвязи природы, общества и экономики;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воспринимать стрессовую ситуацию как вызов, требующий контрмер;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 ситуацию стресса, корректировать принимаемые решения и действия;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формулировать и оценивать риски и последствия, формировать опыт, уметь находить позитивное в произошедшей ситуации;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-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быть готовым действовать в отсутствие гарантий успеха.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МЕТАПРЕДМЕТНЫЕ РЕЗУЛЬТАТЫ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Метапредметные результаты освоения программы основного общего образования, в том числе адаптированной, должны отражать: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познавательными действиями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базовые логические действия: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 сравнения, критерии проводимого анализа;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 информации, данных, необходимых для решения поставленной задачи;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самостоятельно выбирать способ решения учебной задачи (сравнивать несколько вариантов решения,  выбирать  наиболее подходящий с учётом самостоятельно выделенных критериев);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2)базовые исследовательские действия: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вопросы как исследовательский инструмент познания; формулировать вопросы, фиксирующие разрыв между реальным и желательным состоянием ситуации, объекта, самостоятельно устанавливать искомое и данное; формулировать гипотезу об истинности собственных суждений и суждений других, аргументировать свою позицию, мнение;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оценивать на применимость и достоверность информацию, полученную в ходе исследования (эксперимента);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в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аналогичных или сходных ситуациях, выдвигать предположения об их развитии в новых условиях и контекстах;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3) работа с информацией: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оценивать надёжность информации по критериям, предложенным педагогическим работником или сформулированным самостоятельно; эффективно запоминать и систематизировать информацию.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коммуникативными действиями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общение: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 корректной форме формулировать свои возражения; 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совместная деятельность: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Овладение универсальными учебными регулятивными действиями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1) самоорганизация: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2) самоконтроль: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владеть способами самоконтроля, самомотивации и рефлексии; давать адекватную оценку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3) эмоциональный интеллект: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различать,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4)     принятие себя и других: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осознанно относиться к другому человеку, его мнению; признавать своё право на ошибку и такое же 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ПРЕДМЕТНЫЕ РЕЗУЛЬТАТЫ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основными видами речевой деятельности: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говорение: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вести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комбинированный диалог, включающий различные виды диалогов (диалог этикетного характера, диалог-побуждение к действию, диалог-расспрос); диалог-обмен мнениями в рамках тематического содержания речи в стандартных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языка (до 6-8 реплик со стороны каждого собеседника); 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создавать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монологического высказывания — до 10-12 фраз);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основное содержание прочитанного/прослушанного текста со зрительными и/или вербальными опорами (объём — 10-12 фраз);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излагать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результаты  выполненной  проектной  работы; (объём — 10-12 фраз);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аудирование: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воспринимать на слух и понимать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информации (время звучания текста/текстов для аудирования — до 2 минут);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смысловое чтение: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про себя и понимать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(объём текста/текстов для чтения — 500-600 слов);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про себя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несплошные тексты (таблицы, диаграммы) и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понимать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представленную в них информацию;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обобщать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оценивать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полученную при чтении информацию; 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письменная речь: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заполнять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анкеты и формуляры, сообщая о себе основные сведения, в соответствии с нормами, принятыми в стране/странах изучаемого языка;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электронное сообщение личного характера, соблюдая речевой этикет, принятый в стране/странах изучаемого языка (объём сообщения — до 120 слов);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создавать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небольшое письменное высказывание с опорой на образец, план, таблицу, прочитанный/прослушанный текст (объём высказывания — до 120 слов);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заполнять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таблицу, кратко фиксируя содержание прочитанного/прослушанного текста;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письменно представлять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результаты выполненной проектной работы (объём — 100-120 слов);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2) владеть 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фонетическими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различать на слух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адекватно, без ошибок, ведущих к сбою коммуникации,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произносить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применять правила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отсутствия фразового ударения на служебных словах;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правилами чтения и выразительно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вслух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читать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новые слова согласно основным правилам чтения;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орфографическими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правильно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писать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изученные слова;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пунктуационными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навыками: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точку, вопросительный и восклицательный знаки в конце предложения, запятую при перечислении и обращении, апостроф; пунктуационно правильно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оформлять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электронное сообщение личного характера;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звучащем и письменном тексте 1250 лексических единиц (слов, словосочетаний, речевых клише) и правильно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родственные слова, образованные с использованием аффиксации: имена существительные с помощью суффиксов 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ity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, 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ship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, 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ance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/-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ence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имена прилагательные с помощью префикса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inter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родственные слова, образованные с помощью конверсии (имя существительное от неопределённой формы глагола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walk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walk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), глагол от имени существительного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), имя существительное от прилагательного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rich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—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rich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изученные многозначные слова, синонимы, антонимы; наиболее частотные фразовые глаголы; сокращения и аббревиатуры;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и 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 различные средства связи в тексте для обеспечения логичности и целостности высказывания;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 и понимать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особенности структуры простых и сложных предложений и различных коммуникативных типов предложений английского языка;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распознавать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письменном и звучащем тексте и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употреблять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устной и письменной речи: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- предложения со сложным дополнением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Complex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Object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want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my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hair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cut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.);</w:t>
      </w:r>
      <w:r w:rsidRPr="00E911EB">
        <w:rPr>
          <w:rFonts w:ascii="Times New Roman" w:hAnsi="Times New Roman" w:cs="Times New Roman"/>
          <w:sz w:val="20"/>
          <w:szCs w:val="20"/>
        </w:rPr>
        <w:tab/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предложения с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wish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условные предложения нереального характера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Conditional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конструкцию для выражения предпочтения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prefer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’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prefer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…/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’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rather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предложения с конструкцией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either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neither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nor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 формы страдательного залога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Present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Perfect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Passive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- порядок следования имён прилагательных (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nice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long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blond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D66D4">
        <w:rPr>
          <w:rFonts w:ascii="Times New Roman" w:eastAsia="Times New Roman" w:hAnsi="Times New Roman" w:cs="Times New Roman"/>
          <w:color w:val="000000"/>
          <w:sz w:val="20"/>
          <w:szCs w:val="20"/>
        </w:rPr>
        <w:t>hair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:rsidR="00680F08" w:rsidRPr="00E911EB" w:rsidRDefault="00680F08" w:rsidP="00680F08">
      <w:pPr>
        <w:tabs>
          <w:tab w:val="left" w:pos="180"/>
          <w:tab w:val="left" w:pos="10206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социокультурными знаниями и умениями: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знать/понимать и использовать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устной и письменной речи наиболее употребительную тематическую фоновую лексику и реалии страны/стран изучаемого языка в рамках тематического содержания речи (основные национальные праздники, обычаи, традиции);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выражать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модальные значения, чувства и эмоции;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иметь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элементарные представления о различных вариантах английского языка;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обладать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базовыми знаниями о социокультурном портрете и культурном наследии родной страны и страны/стран изучаемого языка;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уметь представлять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Россию и страну/страны изучаемого языка;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оказывать помощь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зарубежным гостям в ситуациях повседневного общения;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6)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владеть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компенсаторными умениями: использовать при говорении переспрос; использовать при говорении и письме перифраз/толкование, синонимические средства, описание предмета вместо его названия; при чтении и аудировании языковую догадку, в том числе контекстуальную;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7)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уметь рассматривать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8)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участвовать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использовать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иноязычные словари и справочники, в том числе информационно-справочные системы в электронной форме;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10)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достигать взаимопонимания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в процессе устного и письменного общения с носителями иностранного языка, людьми другой культуры;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37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11) </w:t>
      </w:r>
      <w:r w:rsidRPr="00E911EB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сравнивать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680F08" w:rsidRPr="00E911EB" w:rsidRDefault="00680F08" w:rsidP="00680F08">
      <w:pPr>
        <w:tabs>
          <w:tab w:val="left" w:pos="180"/>
        </w:tabs>
        <w:autoSpaceDE w:val="0"/>
        <w:autoSpaceDN w:val="0"/>
        <w:spacing w:after="0" w:line="240" w:lineRule="auto"/>
        <w:ind w:left="851" w:right="-48"/>
        <w:jc w:val="both"/>
        <w:rPr>
          <w:rFonts w:ascii="Times New Roman" w:hAnsi="Times New Roman" w:cs="Times New Roman"/>
          <w:sz w:val="20"/>
          <w:szCs w:val="20"/>
        </w:rPr>
        <w:sectPr w:rsidR="00680F08" w:rsidRPr="00E911EB" w:rsidSect="00E911EB">
          <w:pgSz w:w="11900" w:h="16840"/>
          <w:pgMar w:top="1135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80F08" w:rsidRPr="001D66D4" w:rsidRDefault="00680F08" w:rsidP="00680F08">
      <w:pPr>
        <w:autoSpaceDE w:val="0"/>
        <w:autoSpaceDN w:val="0"/>
        <w:spacing w:after="258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</w:pPr>
      <w:r w:rsidRPr="001D66D4">
        <w:rPr>
          <w:rFonts w:ascii="Times New Roman" w:eastAsia="Times New Roman" w:hAnsi="Times New Roman" w:cs="Times New Roman"/>
          <w:b/>
          <w:color w:val="000000"/>
          <w:w w:val="101"/>
          <w:sz w:val="20"/>
          <w:szCs w:val="20"/>
        </w:rPr>
        <w:lastRenderedPageBreak/>
        <w:t xml:space="preserve">ТЕМАТИЧЕСКОЕ ПЛАНИРОВАНИЕ 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"/>
        <w:gridCol w:w="2390"/>
        <w:gridCol w:w="528"/>
        <w:gridCol w:w="1104"/>
        <w:gridCol w:w="980"/>
        <w:gridCol w:w="1026"/>
        <w:gridCol w:w="5636"/>
        <w:gridCol w:w="1496"/>
        <w:gridCol w:w="1958"/>
      </w:tblGrid>
      <w:tr w:rsidR="00680F08" w:rsidRPr="00A86012" w:rsidTr="00AE711E">
        <w:trPr>
          <w:trHeight w:hRule="exact" w:val="348"/>
        </w:trPr>
        <w:tc>
          <w:tcPr>
            <w:tcW w:w="384" w:type="dxa"/>
            <w:vMerge w:val="restart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2390" w:type="dxa"/>
            <w:vMerge w:val="restart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разделов и тем программы</w:t>
            </w:r>
          </w:p>
        </w:tc>
        <w:tc>
          <w:tcPr>
            <w:tcW w:w="2612" w:type="dxa"/>
            <w:gridSpan w:val="3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026" w:type="dxa"/>
            <w:vMerge w:val="restart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изучения</w:t>
            </w:r>
          </w:p>
        </w:tc>
        <w:tc>
          <w:tcPr>
            <w:tcW w:w="5636" w:type="dxa"/>
            <w:vMerge w:val="restart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Виды деятельности</w:t>
            </w:r>
          </w:p>
        </w:tc>
        <w:tc>
          <w:tcPr>
            <w:tcW w:w="1496" w:type="dxa"/>
            <w:vMerge w:val="restart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Виды, 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формы 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контроля</w:t>
            </w:r>
          </w:p>
        </w:tc>
        <w:tc>
          <w:tcPr>
            <w:tcW w:w="1958" w:type="dxa"/>
            <w:vMerge w:val="restart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Электронные 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(цифровые) </w:t>
            </w: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образовательные ресурсы</w:t>
            </w:r>
          </w:p>
        </w:tc>
      </w:tr>
      <w:tr w:rsidR="00680F08" w:rsidRPr="00A86012" w:rsidTr="00AE711E">
        <w:trPr>
          <w:trHeight w:hRule="exact" w:val="739"/>
        </w:trPr>
        <w:tc>
          <w:tcPr>
            <w:tcW w:w="384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0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работы</w:t>
            </w:r>
          </w:p>
        </w:tc>
        <w:tc>
          <w:tcPr>
            <w:tcW w:w="1026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8" w:type="dxa"/>
            <w:vMerge/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2393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Взаимоотношения в семье и с друзьями.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Конфликты и их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Составлять комбинированный диалог, включающий различные виды диалога, в соответствии с поставленной коммуникативной задачей с опорой на речевые ситуации, ключевые слова, и/или иллюстрации, фотографии или без опор. Выражать свою точку                              мнения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 и т.д. Переспрашивать, просить повторить, уточняя значение незнакомых слов.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44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680F08" w:rsidRPr="00A86012" w:rsidTr="00AE711E">
        <w:trPr>
          <w:trHeight w:hRule="exact" w:val="8793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Внешность и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характер человека/литературного персонажа.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Читать про себя и понимать основное содержание несложных аутентичных текстов, содержащих отдельные неизученные явления. Определять тему/основную мысль прочитанного текста. Определять главные факты/события, опуская второстепенные. Прогнозировать содержание текста по заголовку/началу текста. Устанавливать логическую последовательность основных фактов, событий. Разбивать текст на относительно самостоятельные смысловые части. Соотносить текст/части текста с иллюстрациями. Озаглавливать текст/его отдельные части. Игнорировать неизученные языковые явления, не мешающие понимать основное содержание текста. Читать про себя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неявном виде. Оценивать найденную информацию с точки зрения её значимости для решения коммуникативной задачи. Читать с полным пониманием содержания несложные аутентичные тексты, содержащие отдельные неизученные языковые явления. 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перевода). Восстанавливать текст из разрозненных абзацев или путём добавления выпущенных эквивалентов. Осознавать цель чтения и выбирать в соответствии с ней нужный вид чтения (с пониманием основного содержания, с выборочным пониманием запрашиваемой информации, с полным пониманием).Использовать внешние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формальные элементы текста (подзаголовки, иллюстрации, сноски) для понимания основного содержания прочитанного текста.Читать про себя и понимать запрашиваемую информацию, представленную в несплошных текстах (таблицах, диаграммах).Работать с информацией, представленной в разных форматах (текст, рисунок, таблица).Догадываться о значении незнакомых слов по сходству с русским/родным языком, по словообразовательным элементам, по контексту. Понимать интернациональные слова в контексте. Пользоваться сносками и лингвострановедческим справочником.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Находить значение отдельных незнакомых слов в двуязычном словаре.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45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680F08" w:rsidRPr="00A86012" w:rsidTr="00AE711E">
        <w:trPr>
          <w:trHeight w:hRule="exact" w:val="3548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Досуг и увлечения/хобби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современного подростка (чтение, кино, театр, музыка, музей,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спорт, живопись; компьютерные игры).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 xml:space="preserve">Роль книги в жизни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br/>
              <w:t>подростка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Высказываться о фактах, событиях, используя основные типы речи (описание/характеристика, повествование/сообщение, рассуждение) с опорой на ключевые слова, план, вопросы, таблицу и/или иллюстрации, фотографии. Описывать объект, человека/литературного персонажа по плану. Передавать содержание, основную мысль прочитанного/прослушанного текста с опорой вопросы, план, ключевые слова и/или иллюстрации, фотографии. Выражать и аргументировать своё отношение к прочитанному/услышанному. Составлять рассказ с опорой на серию картинок. Кратко излагать результаты выполненной проектной работы. Работать индивидуально и в группе при выполнении проектной работы. Использовать перефразирование, дефиницию, синонимические и антонимические средства в случае сбоя коммуникации, а также в условиях дефицита языковых средств.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46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3127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 Режим труда и отдыха.</w:t>
            </w:r>
          </w:p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Фитнес. Сбалансированное питание. Посещение врача.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Узнавать в устном и письменном тексте и употреблять в речи изученные лексические единицы (слова, словосочетания, речевые клише); синонимы, антонимы, наиболее частотные фразовые глаголы, сокращения и аббревиатуры в соответствии с ситуацией общения. Узнавать простые словообразовательные элементы (суффиксы, префиксы). Выбирать нужное значение многозначного слова. Опираться на языковую догадку в процессе чтения и аудирования (интернациональные слова; слова, образованные путем аффиксации, словосложения, конверсии). Распознавать и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употреблять различные средства связи для обеспечения логичности и целостности высказывания.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47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4399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Покупки: одежда, обувь и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продукты питания.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Карманные деньги. Молодёжная мода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речь учителя по ведению урока. Распознавать на слух и понимать связное высказывание учителя, одноклассника, построенное на знакомом языковом материале и/или содержащее некоторые незнакомые слова. Использовать переспрос или просьбу для уточнения отдельных деталей. Вербально/не вербально реагировать на услышанное. Воспринимать на слух и понимать основное содержание несложных аутентичных текстов, содержащие отдельные неизученные языковые явления. Определять тему, прослушанного текста. Выделять главные факты, опуская второстепенные. Прогнозировать содержание текста по началу сообщения. Воспринимать на слух и понимать нужную/интересующую/запрашиваемую информацию в несложных аутентичных текстах, содержащих отдельные неизученные языковые явления. Оценивать информацию с точки зрения её полезности/достоверности. Использовать языковую, в том числе контекстуальную, догадку при восприятии на слух текстов, содержащих незнакомые языковые явления.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Игнорировать незнакомые языковые явления,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влияющие на понимание текста.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63" w:right="709"/>
              <w:jc w:val="both"/>
            </w:pPr>
            <w:hyperlink r:id="rId148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2122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Школа, школьная жизнь, изучаемые предметы и отношение к ним.</w:t>
            </w:r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Взаимоотношения в школе, проблемы и их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решение.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 xml:space="preserve">Переписка с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br/>
              <w:t>зарубежными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Воспроизводить основные коммуникативные типы предложений. Соблюдать порядок слов в предложении. Распознавать и употреблять в устной и письменной речи изученных морфологические формы и синтаксические конструкции английского языка в рамках тематического содержания речи в соответствии с решаемой коммуникативной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задачей. Распознавать в письменном тексте и дифференцировать слова по определённым признакам (существительные, прилагательные, смысловые глаголы).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Устный;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опрос;;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Контрольная работа;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;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63" w:right="709"/>
              <w:jc w:val="both"/>
            </w:pPr>
            <w:hyperlink r:id="rId149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1711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Виды отдыха в различное время года. Путешествия по России и зарубежным странам.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Правильно писать изученные слова. Правильно ставить знаки препинания: запятую при перечислении и обращении; апостроф; точку, вопросительный и восклицательный знаки в конце предложения. Расставлять в электронном сообщении личного характера знаки препинания, диктуемые его форматом, в соответствии с нормами, принятыми в стране изучаемого языка.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Контрольная работа; 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50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8793"/>
        </w:trPr>
        <w:tc>
          <w:tcPr>
            <w:tcW w:w="38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2390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Природа: флора и фауна.</w:t>
            </w:r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экологии. Защита окружающей среды. Климат, погода.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Стихийные бедствия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Читать про себя и понимать основное содержание несложных аутентичных текстов, содержащих отдельные неизученные явления. Определять тему/основную мысль прочитанного текста. Определять главные факты/события, опуская второстепенные. Прогнозировать содержание текста по заголовку/началу текста. Устанавливать логическую последовательность основных фактов, событий. Разбивать текст на относительно самостоятельные смысловые части. Соотносить текст/части текста с иллюстрациями. Озаглавливать текст/его отдельные части. Игнорировать неизученные языковые явления, не мешающие понимать основное содержание текста. Читать про себя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неявном виде. Оценивать найденную информацию с точки зрения её значимости для решения коммуникативной задачи. Читать с полным пониманием содержания несложные аутентичные тексты, содержащие отдельные неизученные языковые явления. 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перевода). Восстанавливать текст из разрозненных абзацев или путём добавления выпущенных фрагментов. Осознавать цель чтения и выбирать в соответствии с ней нужный вид чтения (с пониманием основного содержания, с выборочным пониманием запрашиваемой информации, с полным пониманием). Использовать внешние формальные элементы текста (подзаголовки, иллюстрации, сноски) для понимания основного содержания прочитанного текста. Читать про себя и понимать запрашиваемую информацию, представленную в несплошных текстах (таблицах, диаграммах). Работать с информацией, представленной в разных форматах (текст, рисунок,  таблица).Догадываться о значении незнакомых слов по сходству с русским/родным языком, по словообразовательным элементам, по контексту. Понимать интернациональные слова в контексте. Пользоваться сносками и лингвострановедческим справочником.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Находить значение отдельных незнак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омых слов в двуязычном словаре.</w:t>
            </w:r>
          </w:p>
        </w:tc>
        <w:tc>
          <w:tcPr>
            <w:tcW w:w="1496" w:type="dxa"/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205" w:right="709"/>
              <w:jc w:val="both"/>
            </w:pPr>
            <w:hyperlink r:id="rId151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680F08" w:rsidRPr="00A86012" w:rsidSect="00E911EB">
          <w:pgSz w:w="16840" w:h="11900"/>
          <w:pgMar w:top="1418" w:right="640" w:bottom="4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2390"/>
        <w:gridCol w:w="528"/>
        <w:gridCol w:w="1104"/>
        <w:gridCol w:w="980"/>
        <w:gridCol w:w="1026"/>
        <w:gridCol w:w="5636"/>
        <w:gridCol w:w="1496"/>
        <w:gridCol w:w="1958"/>
      </w:tblGrid>
      <w:tr w:rsidR="00680F08" w:rsidRPr="00A86012" w:rsidTr="00AE711E">
        <w:trPr>
          <w:trHeight w:hRule="exact" w:val="375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Средства массовой информации. Телевидение.</w:t>
            </w:r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Радио.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Пресса. Интернет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Осуществлять межличностное и межкультурное общение, с использованием знаний о национально-культурных особенностях своей страны и страны/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речи.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содержания. Владеть базовыми знаниями о социокультурном портрете родной страны и страны/стран изучаемого языка. Представлять Россию и страну/страны изучаемого языка (культурные явления и события; достопримечательности). Кратко рассказывать о некоторых выдающихся людях родной страны и страны/стран изучаемого языка. 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т.д.).Систематизировать и анализировать полученную информацию.;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Письменный контроль;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63" w:right="709"/>
              <w:jc w:val="both"/>
            </w:pPr>
            <w:hyperlink r:id="rId152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3951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Родная страна и страна/страны изучаемого языка. Их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географическое положение,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столицы и крупные города;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население; официальные языки.</w:t>
            </w:r>
          </w:p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Достопримечательности,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культурные особенности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(национальные праздники,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знаменателные даты, традиции, обычаи); страницы истории.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речь учителя по ведению урока. Распознавать на слух и понимать связное высказывание учителя, одноклассника, построенное на знакомом языковом материале и/или содержащее некоторые незнакомые слова. Использовать переспрос или просьбу для уточнения отдельных деталей. Вербально/невербально реагировать на услышанное. Воспринимать на слух и понимать основное содержание несложных аутентичных текстов, содержащие отдельные неизученные языковые явления. Определять тему, прослушанного текста. Выделять главные факты, опуская второстепенные. Прогнозировать содержание текста по началу сообщения. Воспринимать на слух и понимать нужную/интересующую/запрашиваемую информацию в несложных аутентичных текстах, содержащих отдельные неизученные языковые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явления. Оценивать информацию с точки зрения её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полезности/достоверности. Использовать языковую, в том числе контекстуальную, догадку при восприятии на слух текстов, содержащих незнакомые языковые явления. </w:t>
            </w: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Игнорировать незнакомые языковые явления, не влияющие на понимание текста.;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63" w:right="709"/>
              <w:jc w:val="both"/>
            </w:pPr>
            <w:hyperlink r:id="rId153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680F08" w:rsidRPr="00A8601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A86012" w:rsidRDefault="00680F08" w:rsidP="00680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2390"/>
        <w:gridCol w:w="528"/>
        <w:gridCol w:w="1104"/>
        <w:gridCol w:w="980"/>
        <w:gridCol w:w="1026"/>
        <w:gridCol w:w="5636"/>
        <w:gridCol w:w="1496"/>
        <w:gridCol w:w="1958"/>
      </w:tblGrid>
      <w:tr w:rsidR="00680F08" w:rsidRPr="00A86012" w:rsidTr="00AE711E">
        <w:trPr>
          <w:trHeight w:hRule="exact" w:val="361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 xml:space="preserve">Выдающиеся люди родной страны и страны/стран 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изучаемого языка, их квлад в науку и мировую культуру: государственные деятели, учёные, писатели, поэты, художники, музыканты, спортсмены.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Высказываться о фактах, событиях, используя основные типы речи (описание/характеристика, повествование/сообщение, рассуждение) с опорой на ключевые слова, план, вопросы, таблицу и/или иллюстрации, фотографии. Описывать объект, человека/литературного персонажа по плану. Передавать содержание, основную мысль прочитанного/прослушанного текста с опорой вопросы, план, ключевые слова и/или иллюстрации, фотографии. Выражать и аргументировать своё отношение к прочитанному/услышанному. Составлять рассказ с опорой на серию картинок. Кратко излагать результаты выполненной проектной работы. Работать индивидуально и в группе при выполнении проектной работы. Использовать перефразирование, дефиницию, синонимические и антонимические средства в случае сбоя коммуникации, а также в условиях дефицита языковых средств.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Устный опрос;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Письменный контроль;</w:t>
            </w:r>
            <w:r w:rsidRPr="00E911EB">
              <w:rPr>
                <w:rFonts w:ascii="Times New Roman" w:hAnsi="Times New Roman" w:cs="Times New Roman"/>
                <w:sz w:val="20"/>
                <w:szCs w:val="20"/>
              </w:rPr>
              <w:br/>
              <w:t>Контрольная работа.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Default="00680F08" w:rsidP="00AE711E">
            <w:pPr>
              <w:autoSpaceDE w:val="0"/>
              <w:autoSpaceDN w:val="0"/>
              <w:spacing w:after="0" w:line="240" w:lineRule="auto"/>
              <w:ind w:left="63" w:right="709"/>
              <w:jc w:val="both"/>
            </w:pPr>
            <w:hyperlink r:id="rId154" w:history="1">
              <w:r w:rsidRPr="00C142A5">
                <w:rPr>
                  <w:rStyle w:val="afe"/>
                  <w:rFonts w:ascii="Times New Roman" w:eastAsia="Times New Roman" w:hAnsi="Times New Roman" w:cs="Times New Roman"/>
                  <w:sz w:val="20"/>
                  <w:szCs w:val="20"/>
                </w:rPr>
                <w:t>http://prosv.ru/umk/vereshchagina</w:t>
              </w:r>
            </w:hyperlink>
          </w:p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F08" w:rsidRPr="00A86012" w:rsidTr="00AE711E">
        <w:trPr>
          <w:trHeight w:hRule="exact" w:val="522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E911EB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11EB">
              <w:rPr>
                <w:rFonts w:ascii="Times New Roman" w:hAnsi="Times New Roman" w:cs="Times New Roman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0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1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80F08" w:rsidRPr="00A86012" w:rsidRDefault="00680F08" w:rsidP="00AE71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0F08" w:rsidRPr="001D66D4" w:rsidRDefault="00680F08" w:rsidP="00680F0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80F08" w:rsidRPr="001D66D4" w:rsidRDefault="00680F08" w:rsidP="00680F08">
      <w:pPr>
        <w:autoSpaceDE w:val="0"/>
        <w:autoSpaceDN w:val="0"/>
        <w:spacing w:after="258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80F08" w:rsidRPr="001D66D4" w:rsidRDefault="00680F08" w:rsidP="00680F0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680F08" w:rsidRPr="001D66D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80F08" w:rsidRPr="00A86012" w:rsidRDefault="00680F08" w:rsidP="00680F08">
      <w:pPr>
        <w:autoSpaceDE w:val="0"/>
        <w:autoSpaceDN w:val="0"/>
        <w:spacing w:after="0" w:line="240" w:lineRule="auto"/>
        <w:ind w:right="-1156"/>
        <w:rPr>
          <w:rFonts w:ascii="Times New Roman" w:hAnsi="Times New Roman" w:cs="Times New Roman"/>
          <w:b/>
          <w:sz w:val="20"/>
          <w:szCs w:val="20"/>
        </w:rPr>
      </w:pPr>
      <w:r w:rsidRPr="001D66D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УЧЕБНО-МЕТОДИЧЕСКОЕ ОБЕСПЕЧЕНИЕ ОБРАЗОВАТЕЛЬНОГО ПРОЦЕССА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66D4">
        <w:rPr>
          <w:rFonts w:ascii="Times New Roman" w:hAnsi="Times New Roman" w:cs="Times New Roman"/>
          <w:b/>
          <w:sz w:val="20"/>
          <w:szCs w:val="20"/>
        </w:rPr>
        <w:t>ОБЯЗАТЕЛЬНЫЕ УЧЕБНЫЕ МАТЕРИАЛЫ ДЛЯ УЧЕНИКА</w:t>
      </w:r>
    </w:p>
    <w:p w:rsidR="00680F08" w:rsidRPr="00E911EB" w:rsidRDefault="00680F08" w:rsidP="00680F08">
      <w:pPr>
        <w:tabs>
          <w:tab w:val="left" w:pos="6237"/>
        </w:tabs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Афанасьева О.В., Михеева И.В. Английский язык. 9 класс. АО «Издательство «Просвещение».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>МЕТОДИЧЕСКИЕ МАТЕРИАЛЫ ДЛЯ УЧИТЕЛЯ</w:t>
      </w:r>
    </w:p>
    <w:p w:rsidR="00680F08" w:rsidRPr="00E911EB" w:rsidRDefault="00680F08" w:rsidP="00680F08">
      <w:pPr>
        <w:tabs>
          <w:tab w:val="left" w:pos="6237"/>
        </w:tabs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Английский язык. Книга для учителя. 9 класс, Афанасьева О.В., Михеева И.В.; Английский язык. Книга для чтения. 9 класс, Афанасьева О.В.,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E911EB">
        <w:rPr>
          <w:rFonts w:ascii="Times New Roman" w:eastAsia="Times New Roman" w:hAnsi="Times New Roman" w:cs="Times New Roman"/>
          <w:color w:val="000000"/>
          <w:sz w:val="20"/>
          <w:szCs w:val="20"/>
        </w:rPr>
        <w:t>Михеева И.В.; Английский язык. Рабочая тетрадь. 9 класс, Афанасьева О.В., Михеева И.В., Баранова К.М.; Английский язык. Контрольные работы. 9 класс, Афанасьева О.В., Михеева И.В.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 xml:space="preserve">ЦИФРОВЫЕ ОБРАЗОВАТЕЛЬНЫЕ РЕСУРСЫ И РЕСУРСЫ СЕТИ ИНТЕРНЕТ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</w:pPr>
      <w:hyperlink r:id="rId155" w:history="1">
        <w:r w:rsidRPr="00C142A5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://</w:t>
        </w:r>
        <w:r w:rsidRPr="00C142A5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prosv</w:t>
        </w:r>
        <w:r w:rsidRPr="00E911EB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.</w:t>
        </w:r>
        <w:r w:rsidRPr="00C142A5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/</w:t>
        </w:r>
        <w:r w:rsidRPr="00C142A5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umk</w:t>
        </w:r>
        <w:r w:rsidRPr="00E911EB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/</w:t>
        </w:r>
        <w:r w:rsidRPr="00C142A5">
          <w:rPr>
            <w:rStyle w:val="afe"/>
            <w:rFonts w:ascii="Times New Roman" w:eastAsia="Times New Roman" w:hAnsi="Times New Roman" w:cs="Times New Roman"/>
            <w:sz w:val="20"/>
            <w:szCs w:val="20"/>
          </w:rPr>
          <w:t>vereshchagina</w:t>
        </w:r>
      </w:hyperlink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56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britishcouncil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learnenglish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5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lessons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study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58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onestopenglish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59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funology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autoenglish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gogolovesenglish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epals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ioso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distant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community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school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collection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bbc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schools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starship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16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usembassy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kindersite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Directory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DirectoryFrame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16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mon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6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obrnadzor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2" w:history="1"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fipi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3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lclark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/~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krauss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toppicks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toppicks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4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voaspecialenglish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5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eslgold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thefreedictionary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englishforums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englishtips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7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podcastsinenglish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incredimail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gifts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...008-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ecards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aspx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abc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grammar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fluent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schoolenglish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modules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php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?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modload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&amp;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...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tsD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&amp;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show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=10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merriam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webster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18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thefreedictionary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.1911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encyclopedia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Main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Page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8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lingvo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lingvo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westegg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cliche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owlnet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rice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/~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ling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215/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NewWords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192" w:anchor="english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yourdictionary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languages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...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#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onelook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dioo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planirovanie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rabotyi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langinfo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php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?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sect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=2792#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englishteachers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posobiya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NACH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SKOOL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INOSTR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8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agendaweb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listening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easy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reading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listening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199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bilingual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0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sitesforteachers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uchmarket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_501_8.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school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default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asp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3" w:history="1"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it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/-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alleng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examsch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language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standart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wikipedia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wiki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Beatles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rollingstone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artists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thebeatles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biography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0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myspace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thebeatles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liverpool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search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googlesearch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asp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?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q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the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+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beatles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&amp;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submit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search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study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love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flmoscow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1678.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ucoz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ict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fcior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6" w:history="1"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school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collection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7" w:history="1"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solnet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ee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sol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/003/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_000.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8" w:history="1"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mults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spb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forum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viewtopic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php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?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f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=8&amp;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=1727&amp;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view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=</w:t>
        </w:r>
        <w:r w:rsidRPr="00DE5678">
          <w:rPr>
            <w:rStyle w:val="afe"/>
            <w:rFonts w:ascii="Times New Roman" w:hAnsi="Times New Roman" w:cs="Times New Roman"/>
            <w:sz w:val="20"/>
            <w:szCs w:val="20"/>
          </w:rPr>
          <w:t>next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19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cln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themes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songs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falsefriends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kids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_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songs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englishforkids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archive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7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>МАТЕРИАЛЬНО-ТЕХНИЧЕСКОЕ ОБЕСПЕЧЕНИЕ ОБРАЗОВАТЕЛЬНОГО ПРОЦЕССА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>УЧЕБНОЕ ОБОРУДОВАНИЕ</w:t>
      </w:r>
    </w:p>
    <w:p w:rsidR="00680F08" w:rsidRPr="001D66D4" w:rsidRDefault="00680F08" w:rsidP="00680F08">
      <w:pPr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0" w:right="-1157"/>
        <w:jc w:val="both"/>
        <w:rPr>
          <w:rFonts w:ascii="Times New Roman" w:hAnsi="Times New Roman" w:cs="Times New Roman"/>
          <w:sz w:val="20"/>
          <w:szCs w:val="20"/>
        </w:rPr>
      </w:pPr>
      <w:r w:rsidRPr="001D66D4">
        <w:rPr>
          <w:rFonts w:ascii="Times New Roman" w:hAnsi="Times New Roman" w:cs="Times New Roman"/>
          <w:sz w:val="20"/>
          <w:szCs w:val="20"/>
        </w:rPr>
        <w:t xml:space="preserve">Доска классная </w:t>
      </w:r>
    </w:p>
    <w:p w:rsidR="00680F08" w:rsidRPr="00E911EB" w:rsidRDefault="00680F08" w:rsidP="00680F08">
      <w:pPr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0" w:right="-1157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Стол учителя с ящиками для хранения или тумбой </w:t>
      </w:r>
    </w:p>
    <w:p w:rsidR="00680F08" w:rsidRPr="001D66D4" w:rsidRDefault="00680F08" w:rsidP="00680F08">
      <w:pPr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0" w:right="-1157"/>
        <w:jc w:val="both"/>
        <w:rPr>
          <w:rFonts w:ascii="Times New Roman" w:hAnsi="Times New Roman" w:cs="Times New Roman"/>
          <w:sz w:val="20"/>
          <w:szCs w:val="20"/>
        </w:rPr>
      </w:pPr>
      <w:r w:rsidRPr="001D66D4">
        <w:rPr>
          <w:rFonts w:ascii="Times New Roman" w:hAnsi="Times New Roman" w:cs="Times New Roman"/>
          <w:sz w:val="20"/>
          <w:szCs w:val="20"/>
        </w:rPr>
        <w:t xml:space="preserve">Кресло учителя </w:t>
      </w:r>
    </w:p>
    <w:p w:rsidR="00680F08" w:rsidRPr="001D66D4" w:rsidRDefault="00680F08" w:rsidP="00680F08">
      <w:pPr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0" w:right="-1157"/>
        <w:jc w:val="both"/>
        <w:rPr>
          <w:rFonts w:ascii="Times New Roman" w:hAnsi="Times New Roman" w:cs="Times New Roman"/>
          <w:sz w:val="20"/>
          <w:szCs w:val="20"/>
        </w:rPr>
      </w:pPr>
      <w:r w:rsidRPr="001D66D4">
        <w:rPr>
          <w:rFonts w:ascii="Times New Roman" w:hAnsi="Times New Roman" w:cs="Times New Roman"/>
          <w:sz w:val="20"/>
          <w:szCs w:val="20"/>
        </w:rPr>
        <w:t xml:space="preserve">Шкаф для хранения учебных пособий </w:t>
      </w:r>
    </w:p>
    <w:p w:rsidR="00680F08" w:rsidRPr="001D66D4" w:rsidRDefault="00680F08" w:rsidP="00680F08">
      <w:pPr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0" w:right="-1157"/>
        <w:jc w:val="both"/>
        <w:rPr>
          <w:rFonts w:ascii="Times New Roman" w:hAnsi="Times New Roman" w:cs="Times New Roman"/>
          <w:sz w:val="20"/>
          <w:szCs w:val="20"/>
        </w:rPr>
      </w:pPr>
      <w:r w:rsidRPr="001D66D4">
        <w:rPr>
          <w:rFonts w:ascii="Times New Roman" w:hAnsi="Times New Roman" w:cs="Times New Roman"/>
          <w:sz w:val="20"/>
          <w:szCs w:val="20"/>
        </w:rPr>
        <w:t xml:space="preserve">Интерактивная панель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9. Компьютер персональный (системный блок, монитор, клавиатура, мышь)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>ОБОРУДОВАНИЕ ДЛЯ ПРОВЕДЕНИЯ ЛАБОРАТОРНЫХ, ПРАКТИЧЕСКИХ РАБОТ, ДЕМОНСТРАЦИЙ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>Интерактивная панель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>ЭЛЕКТРОННЫЕ РЕСУРСЫ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911EB">
        <w:rPr>
          <w:rFonts w:ascii="Times New Roman" w:hAnsi="Times New Roman" w:cs="Times New Roman"/>
          <w:b/>
          <w:sz w:val="20"/>
          <w:szCs w:val="20"/>
        </w:rPr>
        <w:t xml:space="preserve">ПЕРЕЧЕНЬ ЭЛЕКТРОННЫХ ОБРАЗОВАТЕЛЬНЫХ РЕСУРСОВ ПО ИЗУЧЕНИЮ АНГЛИЙСКОГО ЯЗЫКА В ПОМОЩЬ ОБУЧАЮЩИМСЯ.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rPr>
          <w:rFonts w:ascii="Times New Roman" w:hAnsi="Times New Roman" w:cs="Times New Roman"/>
          <w:sz w:val="20"/>
          <w:szCs w:val="20"/>
        </w:rPr>
      </w:pPr>
      <w:hyperlink r:id="rId22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interneturok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subject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3" w:history="1"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pc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vestnik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interneturok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-4500-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urokov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shkol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noj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programmy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</w:pPr>
      <w:hyperlink r:id="rId22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capl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washjeff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edu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php</w:t>
        </w:r>
      </w:hyperlink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pro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spo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internet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/4176-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internet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resursy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dlya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izucheniya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anglijskogo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yazyka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bab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games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Bab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22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translate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online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multilex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2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multitran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abbyyonline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slovari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yandex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2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cambridge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3" w:history="1"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reference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4" w:history="1"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thefreedictionary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yourdictionary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6" w:history="1"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websters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online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dictionary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A86012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englishforkids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language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3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homeenglish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Газета для изучающих английский язык </w:t>
      </w:r>
      <w:r w:rsidRPr="00312F7D">
        <w:rPr>
          <w:rFonts w:ascii="Times New Roman" w:hAnsi="Times New Roman" w:cs="Times New Roman"/>
          <w:sz w:val="20"/>
          <w:szCs w:val="20"/>
        </w:rPr>
        <w:t>School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24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schoolenglish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>Газета «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 xml:space="preserve">» для тех, кто преподает и изучает английский язык </w:t>
      </w:r>
      <w:hyperlink r:id="rId24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.1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september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Образовательный проект </w:t>
      </w:r>
      <w:r w:rsidRPr="00312F7D">
        <w:rPr>
          <w:rFonts w:ascii="Times New Roman" w:hAnsi="Times New Roman" w:cs="Times New Roman"/>
          <w:sz w:val="20"/>
          <w:szCs w:val="20"/>
        </w:rPr>
        <w:t>Fluent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hyperlink r:id="rId24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fluent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680F08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12F7D">
        <w:rPr>
          <w:rFonts w:ascii="Times New Roman" w:hAnsi="Times New Roman" w:cs="Times New Roman"/>
          <w:sz w:val="20"/>
          <w:szCs w:val="20"/>
        </w:rPr>
        <w:t>Портал</w:t>
      </w:r>
      <w:r w:rsidRPr="00680F08">
        <w:rPr>
          <w:rFonts w:ascii="Times New Roman" w:hAnsi="Times New Roman" w:cs="Times New Roman"/>
          <w:sz w:val="20"/>
          <w:szCs w:val="20"/>
          <w:lang w:val="en-US"/>
        </w:rPr>
        <w:t xml:space="preserve"> Englishteachers.ru </w:t>
      </w:r>
      <w:hyperlink r:id="rId243" w:history="1">
        <w:r w:rsidRPr="00680F08">
          <w:rPr>
            <w:rStyle w:val="afe"/>
            <w:rFonts w:ascii="Times New Roman" w:hAnsi="Times New Roman" w:cs="Times New Roman"/>
            <w:sz w:val="20"/>
            <w:szCs w:val="20"/>
            <w:lang w:val="en-US"/>
          </w:rPr>
          <w:t>http://englishteachers.ru</w:t>
        </w:r>
      </w:hyperlink>
      <w:r w:rsidRPr="00680F0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ABC</w:t>
      </w:r>
      <w:r w:rsidRPr="00E911EB">
        <w:rPr>
          <w:rFonts w:ascii="Times New Roman" w:hAnsi="Times New Roman" w:cs="Times New Roman"/>
          <w:sz w:val="20"/>
          <w:szCs w:val="20"/>
        </w:rPr>
        <w:t>-</w:t>
      </w:r>
      <w:r w:rsidRPr="00312F7D">
        <w:rPr>
          <w:rFonts w:ascii="Times New Roman" w:hAnsi="Times New Roman" w:cs="Times New Roman"/>
          <w:sz w:val="20"/>
          <w:szCs w:val="20"/>
        </w:rPr>
        <w:t>Online</w:t>
      </w:r>
      <w:r w:rsidRPr="00E911EB">
        <w:rPr>
          <w:rFonts w:ascii="Times New Roman" w:hAnsi="Times New Roman" w:cs="Times New Roman"/>
          <w:sz w:val="20"/>
          <w:szCs w:val="20"/>
        </w:rPr>
        <w:t xml:space="preserve">: Изучение английского языка </w:t>
      </w:r>
      <w:hyperlink r:id="rId24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abc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grammar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Audio</w:t>
      </w:r>
      <w:r w:rsidRPr="00E911EB">
        <w:rPr>
          <w:rFonts w:ascii="Times New Roman" w:hAnsi="Times New Roman" w:cs="Times New Roman"/>
          <w:sz w:val="20"/>
          <w:szCs w:val="20"/>
        </w:rPr>
        <w:t>-</w:t>
      </w:r>
      <w:r w:rsidRPr="00312F7D">
        <w:rPr>
          <w:rFonts w:ascii="Times New Roman" w:hAnsi="Times New Roman" w:cs="Times New Roman"/>
          <w:sz w:val="20"/>
          <w:szCs w:val="20"/>
        </w:rPr>
        <w:t>Class</w:t>
      </w:r>
      <w:r w:rsidRPr="00E911EB">
        <w:rPr>
          <w:rFonts w:ascii="Times New Roman" w:hAnsi="Times New Roman" w:cs="Times New Roman"/>
          <w:sz w:val="20"/>
          <w:szCs w:val="20"/>
        </w:rPr>
        <w:t xml:space="preserve"> — языки со звуком </w:t>
      </w:r>
      <w:r w:rsidRPr="00312F7D">
        <w:rPr>
          <w:rFonts w:ascii="Times New Roman" w:hAnsi="Times New Roman" w:cs="Times New Roman"/>
          <w:sz w:val="20"/>
          <w:szCs w:val="20"/>
        </w:rPr>
        <w:t>http</w:t>
      </w:r>
      <w:r w:rsidRPr="00E911EB">
        <w:rPr>
          <w:rFonts w:ascii="Times New Roman" w:hAnsi="Times New Roman" w:cs="Times New Roman"/>
          <w:sz w:val="20"/>
          <w:szCs w:val="20"/>
        </w:rPr>
        <w:t>://</w:t>
      </w:r>
      <w:r w:rsidRPr="00312F7D">
        <w:rPr>
          <w:rFonts w:ascii="Times New Roman" w:hAnsi="Times New Roman" w:cs="Times New Roman"/>
          <w:sz w:val="20"/>
          <w:szCs w:val="20"/>
        </w:rPr>
        <w:t>www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audio</w:t>
      </w:r>
      <w:r w:rsidRPr="00E911EB">
        <w:rPr>
          <w:rFonts w:ascii="Times New Roman" w:hAnsi="Times New Roman" w:cs="Times New Roman"/>
          <w:sz w:val="20"/>
          <w:szCs w:val="20"/>
        </w:rPr>
        <w:t>-</w:t>
      </w:r>
      <w:r w:rsidRPr="00312F7D">
        <w:rPr>
          <w:rFonts w:ascii="Times New Roman" w:hAnsi="Times New Roman" w:cs="Times New Roman"/>
          <w:sz w:val="20"/>
          <w:szCs w:val="20"/>
        </w:rPr>
        <w:t>class</w:t>
      </w:r>
      <w:r w:rsidRPr="00E911EB">
        <w:rPr>
          <w:rFonts w:ascii="Times New Roman" w:hAnsi="Times New Roman" w:cs="Times New Roman"/>
          <w:sz w:val="20"/>
          <w:szCs w:val="20"/>
        </w:rPr>
        <w:t>.</w:t>
      </w:r>
      <w:r w:rsidRPr="00312F7D">
        <w:rPr>
          <w:rFonts w:ascii="Times New Roman" w:hAnsi="Times New Roman" w:cs="Times New Roman"/>
          <w:sz w:val="20"/>
          <w:szCs w:val="20"/>
        </w:rPr>
        <w:t>ru</w:t>
      </w:r>
      <w:r w:rsidRPr="00E911EB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BiLingual</w:t>
      </w:r>
      <w:r w:rsidRPr="00E911EB">
        <w:rPr>
          <w:rFonts w:ascii="Times New Roman" w:hAnsi="Times New Roman" w:cs="Times New Roman"/>
          <w:sz w:val="20"/>
          <w:szCs w:val="20"/>
        </w:rPr>
        <w:t>.</w:t>
      </w:r>
      <w:r w:rsidRPr="00312F7D">
        <w:rPr>
          <w:rFonts w:ascii="Times New Roman" w:hAnsi="Times New Roman" w:cs="Times New Roman"/>
          <w:sz w:val="20"/>
          <w:szCs w:val="20"/>
        </w:rPr>
        <w:t>ru</w:t>
      </w:r>
      <w:r w:rsidRPr="00E911EB">
        <w:rPr>
          <w:rFonts w:ascii="Times New Roman" w:hAnsi="Times New Roman" w:cs="Times New Roman"/>
          <w:sz w:val="20"/>
          <w:szCs w:val="20"/>
        </w:rPr>
        <w:t xml:space="preserve">: Английский язык детям </w:t>
      </w:r>
      <w:hyperlink r:id="rId245" w:history="1"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bilingual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for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Business</w:t>
      </w:r>
      <w:r w:rsidRPr="00E911EB">
        <w:rPr>
          <w:rFonts w:ascii="Times New Roman" w:hAnsi="Times New Roman" w:cs="Times New Roman"/>
          <w:sz w:val="20"/>
          <w:szCs w:val="20"/>
        </w:rPr>
        <w:t xml:space="preserve">: деловой английский </w:t>
      </w:r>
      <w:hyperlink r:id="rId246" w:history="1"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englishforbusiness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312F7D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Native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 xml:space="preserve">: Изучение английского языка </w:t>
      </w:r>
      <w:hyperlink r:id="rId24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native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Проект </w:t>
      </w:r>
      <w:r w:rsidRPr="00312F7D">
        <w:rPr>
          <w:rFonts w:ascii="Times New Roman" w:hAnsi="Times New Roman" w:cs="Times New Roman"/>
          <w:sz w:val="20"/>
          <w:szCs w:val="20"/>
        </w:rPr>
        <w:t>Study</w:t>
      </w:r>
      <w:r w:rsidRPr="00E911EB">
        <w:rPr>
          <w:rFonts w:ascii="Times New Roman" w:hAnsi="Times New Roman" w:cs="Times New Roman"/>
          <w:sz w:val="20"/>
          <w:szCs w:val="20"/>
        </w:rPr>
        <w:t>.</w:t>
      </w:r>
      <w:r w:rsidRPr="00312F7D">
        <w:rPr>
          <w:rFonts w:ascii="Times New Roman" w:hAnsi="Times New Roman" w:cs="Times New Roman"/>
          <w:sz w:val="20"/>
          <w:szCs w:val="20"/>
        </w:rPr>
        <w:t>ru</w:t>
      </w:r>
      <w:r w:rsidRPr="00E911EB">
        <w:rPr>
          <w:rFonts w:ascii="Times New Roman" w:hAnsi="Times New Roman" w:cs="Times New Roman"/>
          <w:sz w:val="20"/>
          <w:szCs w:val="20"/>
        </w:rPr>
        <w:t xml:space="preserve">: Все для тех, кому нужен английский язык </w:t>
      </w:r>
      <w:hyperlink r:id="rId24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study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УМК «Английский язык» для учащихся школ с углубленным изучением иностранного языка </w:t>
      </w:r>
      <w:hyperlink r:id="rId24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prosv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umk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vereshchagina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>УМК «Мир английского языка» (</w:t>
      </w:r>
      <w:r w:rsidRPr="00312F7D">
        <w:rPr>
          <w:rFonts w:ascii="Times New Roman" w:hAnsi="Times New Roman" w:cs="Times New Roman"/>
          <w:sz w:val="20"/>
          <w:szCs w:val="20"/>
        </w:rPr>
        <w:t>The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World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of</w:t>
      </w:r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  <w:r w:rsidRPr="00312F7D">
        <w:rPr>
          <w:rFonts w:ascii="Times New Roman" w:hAnsi="Times New Roman" w:cs="Times New Roman"/>
          <w:sz w:val="20"/>
          <w:szCs w:val="20"/>
        </w:rPr>
        <w:t>English</w:t>
      </w:r>
      <w:r w:rsidRPr="00E911EB">
        <w:rPr>
          <w:rFonts w:ascii="Times New Roman" w:hAnsi="Times New Roman" w:cs="Times New Roman"/>
          <w:sz w:val="20"/>
          <w:szCs w:val="20"/>
        </w:rPr>
        <w:t>) для учащихся 5-11 классов общеобразовательных школ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hyperlink r:id="rId25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prosv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umk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we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Четыре флага: Интернет-курс английского языка для начинающих </w:t>
      </w:r>
      <w:hyperlink r:id="rId25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.4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flaga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Раздел для изучающих американский вариант английского языка: новости, тематическая лексика, документальные передачи. </w:t>
      </w:r>
      <w:hyperlink r:id="rId25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voanews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specialenglish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cfm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Аудирование, обучение лексике </w:t>
      </w:r>
      <w:hyperlink r:id="rId25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veryvocabulary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blogspot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Аудиотексты для школьников разного возраста </w:t>
      </w:r>
      <w:hyperlink r:id="rId254" w:history="1"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podcastsinenglish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index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Рассказы на разные темы с транскриптами и упражнениями </w:t>
      </w:r>
      <w:hyperlink r:id="rId25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listen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to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lastRenderedPageBreak/>
        <w:t xml:space="preserve">Аудио-видеофайлы для изучающих английский язык </w:t>
      </w:r>
      <w:hyperlink r:id="rId256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onestopenglish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6724DF" w:rsidRDefault="00680F08" w:rsidP="00680F08">
      <w:pPr>
        <w:autoSpaceDE w:val="0"/>
        <w:autoSpaceDN w:val="0"/>
        <w:spacing w:after="0" w:line="240" w:lineRule="auto"/>
        <w:ind w:right="-1156"/>
        <w:jc w:val="both"/>
        <w:rPr>
          <w:rFonts w:ascii="Times New Roman" w:hAnsi="Times New Roman" w:cs="Times New Roman"/>
          <w:sz w:val="20"/>
          <w:szCs w:val="20"/>
        </w:rPr>
      </w:pPr>
      <w:r w:rsidRPr="006724DF">
        <w:rPr>
          <w:rFonts w:ascii="Times New Roman" w:hAnsi="Times New Roman" w:cs="Times New Roman"/>
          <w:sz w:val="20"/>
          <w:szCs w:val="20"/>
        </w:rPr>
        <w:t xml:space="preserve">Аудиокниги </w:t>
      </w:r>
      <w:hyperlink r:id="rId25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6724DF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6724DF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audiobooksforfree</w:t>
        </w:r>
        <w:r w:rsidRPr="006724DF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6724D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Аудиорассказы для детей дошкольного и младшего школьного возраста с мультимедиа </w:t>
      </w:r>
      <w:hyperlink r:id="rId258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kindersite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org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Directory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DirectoryFrame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Обучение аудированию: упражнения, тесты для разных уровней </w:t>
      </w:r>
      <w:hyperlink r:id="rId259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esl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lab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Видеоклипы и готовые планы уроков по их использованию </w:t>
      </w:r>
      <w:hyperlink r:id="rId260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teflclips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Учебные видеопрограммы по различным предметам, включая английский язык </w:t>
      </w:r>
      <w:hyperlink r:id="rId261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teachertube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Видеоролики о методике, приемах и методах обучения </w:t>
      </w:r>
      <w:hyperlink r:id="rId262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teachers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tv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Тексты для чтения </w:t>
      </w:r>
      <w:hyperlink r:id="rId263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amusingfacts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Сборник текстов для чтения по английскому языку </w:t>
      </w:r>
      <w:hyperlink r:id="rId264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read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english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narod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ru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Ресурсы для обучения чтению, письму, аудированию, говорению </w:t>
      </w:r>
      <w:hyperlink r:id="rId265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http://www.eslgold.com</w:t>
        </w:r>
      </w:hyperlink>
      <w:r w:rsidRPr="00312F7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</w:pPr>
      <w:r w:rsidRPr="00E911EB">
        <w:rPr>
          <w:rFonts w:ascii="Times New Roman" w:hAnsi="Times New Roman" w:cs="Times New Roman"/>
          <w:sz w:val="20"/>
          <w:szCs w:val="20"/>
        </w:rPr>
        <w:t xml:space="preserve">Аутентичный материал для чтения: тексты, статьи, новости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hyperlink r:id="rId266" w:history="1"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eslgold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/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writing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D80217">
          <w:rPr>
            <w:rStyle w:val="afe"/>
            <w:rFonts w:ascii="Times New Roman" w:hAnsi="Times New Roman" w:cs="Times New Roman"/>
            <w:sz w:val="20"/>
            <w:szCs w:val="20"/>
          </w:rPr>
          <w:t>html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autoSpaceDE w:val="0"/>
        <w:autoSpaceDN w:val="0"/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 xml:space="preserve">Ресурс для обучения говорению школьников, начинающих изучать английский язык. </w:t>
      </w:r>
      <w:hyperlink r:id="rId267" w:history="1"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http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://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www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esl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-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lounge</w:t>
        </w:r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.</w:t>
        </w:r>
        <w:r w:rsidRPr="00B30638">
          <w:rPr>
            <w:rStyle w:val="afe"/>
            <w:rFonts w:ascii="Times New Roman" w:hAnsi="Times New Roman" w:cs="Times New Roman"/>
            <w:sz w:val="20"/>
            <w:szCs w:val="20"/>
          </w:rPr>
          <w:t>com</w:t>
        </w:r>
      </w:hyperlink>
      <w:r w:rsidRPr="00E911E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80F08" w:rsidRPr="00E911EB" w:rsidRDefault="00680F08" w:rsidP="00680F08">
      <w:pPr>
        <w:spacing w:after="0" w:line="240" w:lineRule="auto"/>
        <w:ind w:right="-1298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E911EB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ВОСПИТАТЕЛЬНЫЙ ПОТЕНЦИАЛ ПРЕДМЕТА «АНГЛИЙСКИЙ ЯЗЫК» РЕАЛИЗУЕТСЯ ЧЕРЕЗ:</w:t>
      </w:r>
    </w:p>
    <w:p w:rsidR="00680F08" w:rsidRPr="00E911EB" w:rsidRDefault="00680F08" w:rsidP="00680F08">
      <w:pPr>
        <w:pStyle w:val="ae"/>
        <w:numPr>
          <w:ilvl w:val="0"/>
          <w:numId w:val="10"/>
        </w:numPr>
        <w:spacing w:after="0" w:line="240" w:lineRule="auto"/>
        <w:ind w:left="0" w:right="-1298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911EB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680F08" w:rsidRPr="00E911EB" w:rsidRDefault="00680F08" w:rsidP="00680F08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right="-1298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911E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демонстрацию обучающимся примеров ответственного, гражданского поведения, проявления человеколюбия и </w:t>
      </w:r>
      <w:r w:rsidRPr="00E911EB">
        <w:rPr>
          <w:rFonts w:ascii="Times New Roman" w:hAnsi="Times New Roman" w:cs="Times New Roman"/>
          <w:sz w:val="20"/>
          <w:szCs w:val="20"/>
          <w:lang w:val="ru-RU"/>
        </w:rPr>
        <w:t>добросердечности, через подбор соответствующих текстов для чтения,</w:t>
      </w:r>
      <w:r w:rsidRPr="00E911EB">
        <w:rPr>
          <w:rFonts w:ascii="Times New Roman" w:hAnsi="Times New Roman" w:cs="Times New Roman"/>
          <w:sz w:val="20"/>
          <w:szCs w:val="20"/>
        </w:rPr>
        <w:t> </w:t>
      </w:r>
      <w:hyperlink r:id="rId268" w:tooltip="Решение прикладных задач Цель обучения 2 2 использовать абсолютную и относительную ссылки" w:history="1">
        <w:r w:rsidRPr="00E911EB">
          <w:rPr>
            <w:rStyle w:val="afe"/>
            <w:rFonts w:ascii="Times New Roman" w:hAnsi="Times New Roman" w:cs="Times New Roman"/>
            <w:sz w:val="20"/>
            <w:szCs w:val="20"/>
            <w:lang w:val="ru-RU"/>
          </w:rPr>
          <w:t>задач для решения</w:t>
        </w:r>
      </w:hyperlink>
      <w:r w:rsidRPr="00E911EB">
        <w:rPr>
          <w:rFonts w:ascii="Times New Roman" w:hAnsi="Times New Roman" w:cs="Times New Roman"/>
          <w:sz w:val="20"/>
          <w:szCs w:val="20"/>
          <w:lang w:val="ru-RU"/>
        </w:rPr>
        <w:t>, проблемных ситуаций для обсуждения в классе;</w:t>
      </w:r>
    </w:p>
    <w:p w:rsidR="00680F08" w:rsidRPr="00E911EB" w:rsidRDefault="00680F08" w:rsidP="00680F08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ind w:left="0" w:right="-1298" w:firstLine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911EB">
        <w:rPr>
          <w:rFonts w:ascii="Times New Roman" w:hAnsi="Times New Roman" w:cs="Times New Roman"/>
          <w:sz w:val="20"/>
          <w:szCs w:val="20"/>
          <w:lang w:val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:rsidR="00680F08" w:rsidRPr="00E911EB" w:rsidRDefault="00680F08" w:rsidP="00680F08">
      <w:pPr>
        <w:spacing w:after="0" w:line="240" w:lineRule="auto"/>
        <w:ind w:right="-1298"/>
        <w:jc w:val="both"/>
        <w:rPr>
          <w:rFonts w:ascii="Times New Roman" w:hAnsi="Times New Roman" w:cs="Times New Roman"/>
          <w:sz w:val="20"/>
          <w:szCs w:val="20"/>
        </w:rPr>
      </w:pPr>
      <w:r w:rsidRPr="00E911EB">
        <w:rPr>
          <w:rFonts w:ascii="Times New Roman" w:hAnsi="Times New Roman" w:cs="Times New Roman"/>
          <w:sz w:val="20"/>
          <w:szCs w:val="20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 </w:t>
      </w:r>
      <w:hyperlink r:id="rId269" w:tooltip="Лекция Основы мастерства публичного выступления План" w:history="1">
        <w:r w:rsidRPr="00E911EB">
          <w:rPr>
            <w:rStyle w:val="afe"/>
            <w:rFonts w:ascii="Times New Roman" w:hAnsi="Times New Roman" w:cs="Times New Roman"/>
            <w:sz w:val="20"/>
            <w:szCs w:val="20"/>
          </w:rPr>
          <w:t>навык публичного выступления перед аудиторией</w:t>
        </w:r>
      </w:hyperlink>
      <w:r w:rsidRPr="00E911EB">
        <w:rPr>
          <w:rFonts w:ascii="Times New Roman" w:hAnsi="Times New Roman" w:cs="Times New Roman"/>
          <w:sz w:val="20"/>
          <w:szCs w:val="20"/>
        </w:rPr>
        <w:t>, аргументирования и отстаивания своей точки зрения.</w:t>
      </w:r>
    </w:p>
    <w:p w:rsidR="00680F08" w:rsidRPr="00E911EB" w:rsidRDefault="00680F08" w:rsidP="00680F08">
      <w:pPr>
        <w:ind w:right="-1298"/>
        <w:rPr>
          <w:szCs w:val="20"/>
        </w:rPr>
      </w:pPr>
    </w:p>
    <w:p w:rsidR="00680F08" w:rsidRDefault="00680F08">
      <w:bookmarkStart w:id="1" w:name="_GoBack"/>
      <w:bookmarkEnd w:id="1"/>
    </w:p>
    <w:sectPr w:rsidR="0068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17665D"/>
    <w:multiLevelType w:val="hybridMultilevel"/>
    <w:tmpl w:val="A37AE86C"/>
    <w:lvl w:ilvl="0" w:tplc="0BD2E25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88C1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3EF5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20E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5824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8D3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CE74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813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FC6B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2FD5D3D"/>
    <w:multiLevelType w:val="hybridMultilevel"/>
    <w:tmpl w:val="92A8A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4C6485"/>
    <w:multiLevelType w:val="hybridMultilevel"/>
    <w:tmpl w:val="B224AFF8"/>
    <w:lvl w:ilvl="0" w:tplc="CD42EA86">
      <w:start w:val="1"/>
      <w:numFmt w:val="decimal"/>
      <w:lvlText w:val="%1)"/>
      <w:lvlJc w:val="left"/>
      <w:pPr>
        <w:ind w:left="179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19" w:hanging="360"/>
      </w:pPr>
    </w:lvl>
    <w:lvl w:ilvl="2" w:tplc="0419001B" w:tentative="1">
      <w:start w:val="1"/>
      <w:numFmt w:val="lowerRoman"/>
      <w:lvlText w:val="%3."/>
      <w:lvlJc w:val="right"/>
      <w:pPr>
        <w:ind w:left="3239" w:hanging="180"/>
      </w:pPr>
    </w:lvl>
    <w:lvl w:ilvl="3" w:tplc="0419000F" w:tentative="1">
      <w:start w:val="1"/>
      <w:numFmt w:val="decimal"/>
      <w:lvlText w:val="%4."/>
      <w:lvlJc w:val="left"/>
      <w:pPr>
        <w:ind w:left="3959" w:hanging="360"/>
      </w:pPr>
    </w:lvl>
    <w:lvl w:ilvl="4" w:tplc="04190019" w:tentative="1">
      <w:start w:val="1"/>
      <w:numFmt w:val="lowerLetter"/>
      <w:lvlText w:val="%5."/>
      <w:lvlJc w:val="left"/>
      <w:pPr>
        <w:ind w:left="4679" w:hanging="360"/>
      </w:pPr>
    </w:lvl>
    <w:lvl w:ilvl="5" w:tplc="0419001B" w:tentative="1">
      <w:start w:val="1"/>
      <w:numFmt w:val="lowerRoman"/>
      <w:lvlText w:val="%6."/>
      <w:lvlJc w:val="right"/>
      <w:pPr>
        <w:ind w:left="5399" w:hanging="180"/>
      </w:pPr>
    </w:lvl>
    <w:lvl w:ilvl="6" w:tplc="0419000F" w:tentative="1">
      <w:start w:val="1"/>
      <w:numFmt w:val="decimal"/>
      <w:lvlText w:val="%7."/>
      <w:lvlJc w:val="left"/>
      <w:pPr>
        <w:ind w:left="6119" w:hanging="360"/>
      </w:pPr>
    </w:lvl>
    <w:lvl w:ilvl="7" w:tplc="04190019" w:tentative="1">
      <w:start w:val="1"/>
      <w:numFmt w:val="lowerLetter"/>
      <w:lvlText w:val="%8."/>
      <w:lvlJc w:val="left"/>
      <w:pPr>
        <w:ind w:left="6839" w:hanging="360"/>
      </w:pPr>
    </w:lvl>
    <w:lvl w:ilvl="8" w:tplc="041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2" w15:restartNumberingAfterBreak="0">
    <w:nsid w:val="0ACF4D7F"/>
    <w:multiLevelType w:val="hybridMultilevel"/>
    <w:tmpl w:val="4DA080AA"/>
    <w:lvl w:ilvl="0" w:tplc="5BA2BA9A">
      <w:start w:val="1"/>
      <w:numFmt w:val="decimal"/>
      <w:lvlText w:val="%1)"/>
      <w:lvlJc w:val="left"/>
      <w:pPr>
        <w:ind w:left="1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9" w:hanging="360"/>
      </w:pPr>
    </w:lvl>
    <w:lvl w:ilvl="2" w:tplc="0419001B" w:tentative="1">
      <w:start w:val="1"/>
      <w:numFmt w:val="lowerRoman"/>
      <w:lvlText w:val="%3."/>
      <w:lvlJc w:val="right"/>
      <w:pPr>
        <w:ind w:left="3239" w:hanging="180"/>
      </w:pPr>
    </w:lvl>
    <w:lvl w:ilvl="3" w:tplc="0419000F" w:tentative="1">
      <w:start w:val="1"/>
      <w:numFmt w:val="decimal"/>
      <w:lvlText w:val="%4."/>
      <w:lvlJc w:val="left"/>
      <w:pPr>
        <w:ind w:left="3959" w:hanging="360"/>
      </w:pPr>
    </w:lvl>
    <w:lvl w:ilvl="4" w:tplc="04190019" w:tentative="1">
      <w:start w:val="1"/>
      <w:numFmt w:val="lowerLetter"/>
      <w:lvlText w:val="%5."/>
      <w:lvlJc w:val="left"/>
      <w:pPr>
        <w:ind w:left="4679" w:hanging="360"/>
      </w:pPr>
    </w:lvl>
    <w:lvl w:ilvl="5" w:tplc="0419001B" w:tentative="1">
      <w:start w:val="1"/>
      <w:numFmt w:val="lowerRoman"/>
      <w:lvlText w:val="%6."/>
      <w:lvlJc w:val="right"/>
      <w:pPr>
        <w:ind w:left="5399" w:hanging="180"/>
      </w:pPr>
    </w:lvl>
    <w:lvl w:ilvl="6" w:tplc="0419000F" w:tentative="1">
      <w:start w:val="1"/>
      <w:numFmt w:val="decimal"/>
      <w:lvlText w:val="%7."/>
      <w:lvlJc w:val="left"/>
      <w:pPr>
        <w:ind w:left="6119" w:hanging="360"/>
      </w:pPr>
    </w:lvl>
    <w:lvl w:ilvl="7" w:tplc="04190019" w:tentative="1">
      <w:start w:val="1"/>
      <w:numFmt w:val="lowerLetter"/>
      <w:lvlText w:val="%8."/>
      <w:lvlJc w:val="left"/>
      <w:pPr>
        <w:ind w:left="6839" w:hanging="360"/>
      </w:pPr>
    </w:lvl>
    <w:lvl w:ilvl="8" w:tplc="0419001B" w:tentative="1">
      <w:start w:val="1"/>
      <w:numFmt w:val="lowerRoman"/>
      <w:lvlText w:val="%9."/>
      <w:lvlJc w:val="right"/>
      <w:pPr>
        <w:ind w:left="7559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08"/>
    <w:rsid w:val="001E1C11"/>
    <w:rsid w:val="00680F08"/>
    <w:rsid w:val="00D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FC8B8"/>
  <w15:chartTrackingRefBased/>
  <w15:docId w15:val="{628848D9-7AC3-403D-8004-5A57CCB2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680F0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680F0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680F08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80F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680F0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680F08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rsid w:val="00680F08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680F08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rsid w:val="00680F08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rsid w:val="00680F08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680F08"/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rsid w:val="00680F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header"/>
    <w:basedOn w:val="a1"/>
    <w:link w:val="a6"/>
    <w:uiPriority w:val="99"/>
    <w:unhideWhenUsed/>
    <w:rsid w:val="00680F0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a6">
    <w:name w:val="Верхний колонтитул Знак"/>
    <w:basedOn w:val="a2"/>
    <w:link w:val="a5"/>
    <w:uiPriority w:val="99"/>
    <w:rsid w:val="00680F08"/>
    <w:rPr>
      <w:rFonts w:eastAsiaTheme="minorEastAsia"/>
      <w:lang w:val="en-US"/>
    </w:rPr>
  </w:style>
  <w:style w:type="paragraph" w:styleId="a7">
    <w:name w:val="footer"/>
    <w:basedOn w:val="a1"/>
    <w:link w:val="a8"/>
    <w:uiPriority w:val="99"/>
    <w:unhideWhenUsed/>
    <w:rsid w:val="00680F0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a8">
    <w:name w:val="Нижний колонтитул Знак"/>
    <w:basedOn w:val="a2"/>
    <w:link w:val="a7"/>
    <w:uiPriority w:val="99"/>
    <w:rsid w:val="00680F08"/>
    <w:rPr>
      <w:rFonts w:eastAsiaTheme="minorEastAsia"/>
      <w:lang w:val="en-US"/>
    </w:rPr>
  </w:style>
  <w:style w:type="paragraph" w:styleId="a9">
    <w:name w:val="No Spacing"/>
    <w:uiPriority w:val="1"/>
    <w:qFormat/>
    <w:rsid w:val="00680F08"/>
    <w:pPr>
      <w:spacing w:after="0" w:line="240" w:lineRule="auto"/>
    </w:pPr>
    <w:rPr>
      <w:rFonts w:eastAsiaTheme="minorEastAsia"/>
      <w:lang w:val="en-US"/>
    </w:rPr>
  </w:style>
  <w:style w:type="paragraph" w:styleId="aa">
    <w:name w:val="Title"/>
    <w:basedOn w:val="a1"/>
    <w:next w:val="a1"/>
    <w:link w:val="ab"/>
    <w:uiPriority w:val="10"/>
    <w:qFormat/>
    <w:rsid w:val="00680F0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Заголовок Знак"/>
    <w:basedOn w:val="a2"/>
    <w:link w:val="aa"/>
    <w:uiPriority w:val="10"/>
    <w:rsid w:val="00680F0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c">
    <w:name w:val="Subtitle"/>
    <w:basedOn w:val="a1"/>
    <w:next w:val="a1"/>
    <w:link w:val="ad"/>
    <w:uiPriority w:val="11"/>
    <w:qFormat/>
    <w:rsid w:val="00680F0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d">
    <w:name w:val="Подзаголовок Знак"/>
    <w:basedOn w:val="a2"/>
    <w:link w:val="ac"/>
    <w:uiPriority w:val="11"/>
    <w:rsid w:val="00680F0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e">
    <w:name w:val="List Paragraph"/>
    <w:basedOn w:val="a1"/>
    <w:uiPriority w:val="34"/>
    <w:qFormat/>
    <w:rsid w:val="00680F08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styleId="af">
    <w:name w:val="Body Text"/>
    <w:basedOn w:val="a1"/>
    <w:link w:val="af0"/>
    <w:uiPriority w:val="99"/>
    <w:unhideWhenUsed/>
    <w:qFormat/>
    <w:rsid w:val="00680F08"/>
    <w:pPr>
      <w:spacing w:after="120" w:line="276" w:lineRule="auto"/>
    </w:pPr>
    <w:rPr>
      <w:rFonts w:eastAsiaTheme="minorEastAsia"/>
      <w:lang w:val="en-US"/>
    </w:rPr>
  </w:style>
  <w:style w:type="character" w:customStyle="1" w:styleId="af0">
    <w:name w:val="Основной текст Знак"/>
    <w:basedOn w:val="a2"/>
    <w:link w:val="af"/>
    <w:uiPriority w:val="99"/>
    <w:rsid w:val="00680F08"/>
    <w:rPr>
      <w:rFonts w:eastAsiaTheme="minorEastAsia"/>
      <w:lang w:val="en-US"/>
    </w:rPr>
  </w:style>
  <w:style w:type="paragraph" w:styleId="23">
    <w:name w:val="Body Text 2"/>
    <w:basedOn w:val="a1"/>
    <w:link w:val="24"/>
    <w:uiPriority w:val="99"/>
    <w:unhideWhenUsed/>
    <w:rsid w:val="00680F08"/>
    <w:pPr>
      <w:spacing w:after="120" w:line="480" w:lineRule="auto"/>
    </w:pPr>
    <w:rPr>
      <w:rFonts w:eastAsiaTheme="minorEastAsia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680F08"/>
    <w:rPr>
      <w:rFonts w:eastAsiaTheme="minorEastAsia"/>
      <w:lang w:val="en-US"/>
    </w:rPr>
  </w:style>
  <w:style w:type="paragraph" w:styleId="33">
    <w:name w:val="Body Text 3"/>
    <w:basedOn w:val="a1"/>
    <w:link w:val="34"/>
    <w:uiPriority w:val="99"/>
    <w:unhideWhenUsed/>
    <w:rsid w:val="00680F08"/>
    <w:pPr>
      <w:spacing w:after="120" w:line="276" w:lineRule="auto"/>
    </w:pPr>
    <w:rPr>
      <w:rFonts w:eastAsiaTheme="minorEastAsia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680F08"/>
    <w:rPr>
      <w:rFonts w:eastAsiaTheme="minorEastAsia"/>
      <w:sz w:val="16"/>
      <w:szCs w:val="16"/>
      <w:lang w:val="en-US"/>
    </w:rPr>
  </w:style>
  <w:style w:type="paragraph" w:styleId="af1">
    <w:name w:val="List"/>
    <w:basedOn w:val="a1"/>
    <w:uiPriority w:val="99"/>
    <w:unhideWhenUsed/>
    <w:rsid w:val="00680F08"/>
    <w:pPr>
      <w:spacing w:after="200" w:line="276" w:lineRule="auto"/>
      <w:ind w:left="360" w:hanging="360"/>
      <w:contextualSpacing/>
    </w:pPr>
    <w:rPr>
      <w:rFonts w:eastAsiaTheme="minorEastAsia"/>
      <w:lang w:val="en-US"/>
    </w:rPr>
  </w:style>
  <w:style w:type="paragraph" w:styleId="25">
    <w:name w:val="List 2"/>
    <w:basedOn w:val="a1"/>
    <w:uiPriority w:val="99"/>
    <w:unhideWhenUsed/>
    <w:rsid w:val="00680F08"/>
    <w:pPr>
      <w:spacing w:after="200" w:line="276" w:lineRule="auto"/>
      <w:ind w:left="720" w:hanging="360"/>
      <w:contextualSpacing/>
    </w:pPr>
    <w:rPr>
      <w:rFonts w:eastAsiaTheme="minorEastAsia"/>
      <w:lang w:val="en-US"/>
    </w:rPr>
  </w:style>
  <w:style w:type="paragraph" w:styleId="35">
    <w:name w:val="List 3"/>
    <w:basedOn w:val="a1"/>
    <w:uiPriority w:val="99"/>
    <w:unhideWhenUsed/>
    <w:rsid w:val="00680F08"/>
    <w:pPr>
      <w:spacing w:after="200" w:line="276" w:lineRule="auto"/>
      <w:ind w:left="1080" w:hanging="360"/>
      <w:contextualSpacing/>
    </w:pPr>
    <w:rPr>
      <w:rFonts w:eastAsiaTheme="minorEastAsia"/>
      <w:lang w:val="en-US"/>
    </w:rPr>
  </w:style>
  <w:style w:type="paragraph" w:styleId="a0">
    <w:name w:val="List Bullet"/>
    <w:basedOn w:val="a1"/>
    <w:uiPriority w:val="99"/>
    <w:unhideWhenUsed/>
    <w:rsid w:val="00680F08"/>
    <w:pPr>
      <w:numPr>
        <w:numId w:val="1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20">
    <w:name w:val="List Bullet 2"/>
    <w:basedOn w:val="a1"/>
    <w:uiPriority w:val="99"/>
    <w:unhideWhenUsed/>
    <w:rsid w:val="00680F08"/>
    <w:pPr>
      <w:numPr>
        <w:numId w:val="2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30">
    <w:name w:val="List Bullet 3"/>
    <w:basedOn w:val="a1"/>
    <w:uiPriority w:val="99"/>
    <w:unhideWhenUsed/>
    <w:rsid w:val="00680F08"/>
    <w:pPr>
      <w:numPr>
        <w:numId w:val="3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a">
    <w:name w:val="List Number"/>
    <w:basedOn w:val="a1"/>
    <w:uiPriority w:val="99"/>
    <w:unhideWhenUsed/>
    <w:rsid w:val="00680F08"/>
    <w:pPr>
      <w:numPr>
        <w:numId w:val="5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2">
    <w:name w:val="List Number 2"/>
    <w:basedOn w:val="a1"/>
    <w:uiPriority w:val="99"/>
    <w:unhideWhenUsed/>
    <w:rsid w:val="00680F08"/>
    <w:pPr>
      <w:numPr>
        <w:numId w:val="6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3">
    <w:name w:val="List Number 3"/>
    <w:basedOn w:val="a1"/>
    <w:uiPriority w:val="99"/>
    <w:unhideWhenUsed/>
    <w:rsid w:val="00680F08"/>
    <w:pPr>
      <w:numPr>
        <w:numId w:val="7"/>
      </w:numPr>
      <w:spacing w:after="200" w:line="276" w:lineRule="auto"/>
      <w:contextualSpacing/>
    </w:pPr>
    <w:rPr>
      <w:rFonts w:eastAsiaTheme="minorEastAsia"/>
      <w:lang w:val="en-US"/>
    </w:rPr>
  </w:style>
  <w:style w:type="paragraph" w:styleId="af2">
    <w:name w:val="List Continue"/>
    <w:basedOn w:val="a1"/>
    <w:uiPriority w:val="99"/>
    <w:unhideWhenUsed/>
    <w:rsid w:val="00680F08"/>
    <w:pPr>
      <w:spacing w:after="120" w:line="276" w:lineRule="auto"/>
      <w:ind w:left="360"/>
      <w:contextualSpacing/>
    </w:pPr>
    <w:rPr>
      <w:rFonts w:eastAsiaTheme="minorEastAsia"/>
      <w:lang w:val="en-US"/>
    </w:rPr>
  </w:style>
  <w:style w:type="paragraph" w:styleId="26">
    <w:name w:val="List Continue 2"/>
    <w:basedOn w:val="a1"/>
    <w:uiPriority w:val="99"/>
    <w:unhideWhenUsed/>
    <w:rsid w:val="00680F08"/>
    <w:pPr>
      <w:spacing w:after="120" w:line="276" w:lineRule="auto"/>
      <w:ind w:left="720"/>
      <w:contextualSpacing/>
    </w:pPr>
    <w:rPr>
      <w:rFonts w:eastAsiaTheme="minorEastAsia"/>
      <w:lang w:val="en-US"/>
    </w:rPr>
  </w:style>
  <w:style w:type="paragraph" w:styleId="36">
    <w:name w:val="List Continue 3"/>
    <w:basedOn w:val="a1"/>
    <w:uiPriority w:val="99"/>
    <w:unhideWhenUsed/>
    <w:rsid w:val="00680F08"/>
    <w:pPr>
      <w:spacing w:after="120" w:line="276" w:lineRule="auto"/>
      <w:ind w:left="1080"/>
      <w:contextualSpacing/>
    </w:pPr>
    <w:rPr>
      <w:rFonts w:eastAsiaTheme="minorEastAsia"/>
      <w:lang w:val="en-US"/>
    </w:rPr>
  </w:style>
  <w:style w:type="paragraph" w:styleId="af3">
    <w:name w:val="macro"/>
    <w:link w:val="af4"/>
    <w:uiPriority w:val="99"/>
    <w:unhideWhenUsed/>
    <w:rsid w:val="00680F0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f4">
    <w:name w:val="Текст макроса Знак"/>
    <w:basedOn w:val="a2"/>
    <w:link w:val="af3"/>
    <w:uiPriority w:val="99"/>
    <w:rsid w:val="00680F08"/>
    <w:rPr>
      <w:rFonts w:ascii="Courier" w:eastAsiaTheme="minorEastAsia" w:hAnsi="Courier"/>
      <w:sz w:val="20"/>
      <w:szCs w:val="20"/>
      <w:lang w:val="en-US"/>
    </w:rPr>
  </w:style>
  <w:style w:type="paragraph" w:styleId="27">
    <w:name w:val="Quote"/>
    <w:basedOn w:val="a1"/>
    <w:next w:val="a1"/>
    <w:link w:val="28"/>
    <w:uiPriority w:val="29"/>
    <w:qFormat/>
    <w:rsid w:val="00680F08"/>
    <w:pPr>
      <w:spacing w:after="200" w:line="276" w:lineRule="auto"/>
    </w:pPr>
    <w:rPr>
      <w:rFonts w:eastAsiaTheme="minorEastAsia"/>
      <w:i/>
      <w:iCs/>
      <w:color w:val="000000" w:themeColor="text1"/>
      <w:lang w:val="en-US"/>
    </w:rPr>
  </w:style>
  <w:style w:type="character" w:customStyle="1" w:styleId="28">
    <w:name w:val="Цитата 2 Знак"/>
    <w:basedOn w:val="a2"/>
    <w:link w:val="27"/>
    <w:uiPriority w:val="29"/>
    <w:rsid w:val="00680F08"/>
    <w:rPr>
      <w:rFonts w:eastAsiaTheme="minorEastAsia"/>
      <w:i/>
      <w:iCs/>
      <w:color w:val="000000" w:themeColor="text1"/>
      <w:lang w:val="en-US"/>
    </w:rPr>
  </w:style>
  <w:style w:type="character" w:styleId="af5">
    <w:name w:val="Strong"/>
    <w:basedOn w:val="a2"/>
    <w:uiPriority w:val="22"/>
    <w:qFormat/>
    <w:rsid w:val="00680F08"/>
    <w:rPr>
      <w:b/>
      <w:bCs/>
    </w:rPr>
  </w:style>
  <w:style w:type="character" w:styleId="af6">
    <w:name w:val="Emphasis"/>
    <w:basedOn w:val="a2"/>
    <w:uiPriority w:val="20"/>
    <w:qFormat/>
    <w:rsid w:val="00680F08"/>
    <w:rPr>
      <w:i/>
      <w:iCs/>
    </w:rPr>
  </w:style>
  <w:style w:type="paragraph" w:styleId="af7">
    <w:name w:val="Intense Quote"/>
    <w:basedOn w:val="a1"/>
    <w:next w:val="a1"/>
    <w:link w:val="af8"/>
    <w:uiPriority w:val="30"/>
    <w:qFormat/>
    <w:rsid w:val="00680F08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5B9BD5" w:themeColor="accent1"/>
      <w:lang w:val="en-US"/>
    </w:rPr>
  </w:style>
  <w:style w:type="character" w:customStyle="1" w:styleId="af8">
    <w:name w:val="Выделенная цитата Знак"/>
    <w:basedOn w:val="a2"/>
    <w:link w:val="af7"/>
    <w:uiPriority w:val="30"/>
    <w:rsid w:val="00680F08"/>
    <w:rPr>
      <w:rFonts w:eastAsiaTheme="minorEastAsia"/>
      <w:b/>
      <w:bCs/>
      <w:i/>
      <w:iCs/>
      <w:color w:val="5B9BD5" w:themeColor="accent1"/>
      <w:lang w:val="en-US"/>
    </w:rPr>
  </w:style>
  <w:style w:type="character" w:styleId="af9">
    <w:name w:val="Subtle Emphasis"/>
    <w:basedOn w:val="a2"/>
    <w:uiPriority w:val="19"/>
    <w:qFormat/>
    <w:rsid w:val="00680F08"/>
    <w:rPr>
      <w:i/>
      <w:iCs/>
      <w:color w:val="808080" w:themeColor="text1" w:themeTint="7F"/>
    </w:rPr>
  </w:style>
  <w:style w:type="character" w:styleId="afa">
    <w:name w:val="Intense Emphasis"/>
    <w:basedOn w:val="a2"/>
    <w:uiPriority w:val="21"/>
    <w:qFormat/>
    <w:rsid w:val="00680F08"/>
    <w:rPr>
      <w:b/>
      <w:bCs/>
      <w:i/>
      <w:iCs/>
      <w:color w:val="5B9BD5" w:themeColor="accent1"/>
    </w:rPr>
  </w:style>
  <w:style w:type="character" w:styleId="afb">
    <w:name w:val="Subtle Reference"/>
    <w:basedOn w:val="a2"/>
    <w:uiPriority w:val="31"/>
    <w:qFormat/>
    <w:rsid w:val="00680F08"/>
    <w:rPr>
      <w:smallCaps/>
      <w:color w:val="ED7D31" w:themeColor="accent2"/>
      <w:u w:val="single"/>
    </w:rPr>
  </w:style>
  <w:style w:type="character" w:styleId="afc">
    <w:name w:val="Intense Reference"/>
    <w:basedOn w:val="a2"/>
    <w:uiPriority w:val="32"/>
    <w:qFormat/>
    <w:rsid w:val="00680F08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2"/>
    <w:uiPriority w:val="33"/>
    <w:qFormat/>
    <w:rsid w:val="00680F08"/>
    <w:rPr>
      <w:b/>
      <w:bCs/>
      <w:smallCaps/>
      <w:spacing w:val="5"/>
    </w:rPr>
  </w:style>
  <w:style w:type="character" w:styleId="afe">
    <w:name w:val="Hyperlink"/>
    <w:basedOn w:val="a2"/>
    <w:uiPriority w:val="99"/>
    <w:unhideWhenUsed/>
    <w:rsid w:val="00680F08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680F08"/>
    <w:rPr>
      <w:color w:val="605E5C"/>
      <w:shd w:val="clear" w:color="auto" w:fill="E1DFDD"/>
    </w:rPr>
  </w:style>
  <w:style w:type="character" w:styleId="aff">
    <w:name w:val="FollowedHyperlink"/>
    <w:basedOn w:val="a2"/>
    <w:uiPriority w:val="99"/>
    <w:semiHidden/>
    <w:unhideWhenUsed/>
    <w:rsid w:val="00680F08"/>
    <w:rPr>
      <w:color w:val="954F72" w:themeColor="followedHyperlink"/>
      <w:u w:val="single"/>
    </w:rPr>
  </w:style>
  <w:style w:type="paragraph" w:styleId="aff0">
    <w:name w:val="caption"/>
    <w:basedOn w:val="a1"/>
    <w:next w:val="a1"/>
    <w:uiPriority w:val="35"/>
    <w:semiHidden/>
    <w:unhideWhenUsed/>
    <w:qFormat/>
    <w:rsid w:val="00680F08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val="en-US"/>
    </w:rPr>
  </w:style>
  <w:style w:type="paragraph" w:styleId="aff1">
    <w:name w:val="TOC Heading"/>
    <w:basedOn w:val="1"/>
    <w:next w:val="a1"/>
    <w:uiPriority w:val="39"/>
    <w:semiHidden/>
    <w:unhideWhenUsed/>
    <w:qFormat/>
    <w:rsid w:val="00680F08"/>
    <w:pPr>
      <w:outlineLvl w:val="9"/>
    </w:pPr>
  </w:style>
  <w:style w:type="table" w:styleId="aff2">
    <w:name w:val="Table Grid"/>
    <w:basedOn w:val="a3"/>
    <w:uiPriority w:val="59"/>
    <w:rsid w:val="00680F0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680F08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680F08"/>
    <w:pPr>
      <w:spacing w:after="0" w:line="240" w:lineRule="auto"/>
    </w:pPr>
    <w:rPr>
      <w:rFonts w:eastAsiaTheme="minorEastAsia"/>
      <w:color w:val="2E74B5" w:themeColor="accent1" w:themeShade="BF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rsid w:val="00680F08"/>
    <w:pPr>
      <w:spacing w:after="0" w:line="240" w:lineRule="auto"/>
    </w:pPr>
    <w:rPr>
      <w:rFonts w:eastAsiaTheme="minorEastAsia"/>
      <w:color w:val="C45911" w:themeColor="accent2" w:themeShade="BF"/>
      <w:lang w:val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3"/>
    <w:uiPriority w:val="60"/>
    <w:rsid w:val="00680F08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3"/>
    <w:uiPriority w:val="60"/>
    <w:rsid w:val="00680F08"/>
    <w:pPr>
      <w:spacing w:after="0" w:line="240" w:lineRule="auto"/>
    </w:pPr>
    <w:rPr>
      <w:rFonts w:eastAsiaTheme="minorEastAsia"/>
      <w:color w:val="BF8F00" w:themeColor="accent4" w:themeShade="BF"/>
      <w:lang w:val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3"/>
    <w:uiPriority w:val="60"/>
    <w:rsid w:val="00680F08"/>
    <w:pPr>
      <w:spacing w:after="0" w:line="240" w:lineRule="auto"/>
    </w:pPr>
    <w:rPr>
      <w:rFonts w:eastAsiaTheme="minorEastAsia"/>
      <w:color w:val="2F5496" w:themeColor="accent5" w:themeShade="BF"/>
      <w:lang w:val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3"/>
    <w:uiPriority w:val="60"/>
    <w:rsid w:val="00680F08"/>
    <w:pPr>
      <w:spacing w:after="0" w:line="240" w:lineRule="auto"/>
    </w:pPr>
    <w:rPr>
      <w:rFonts w:eastAsiaTheme="minorEastAsia"/>
      <w:color w:val="538135" w:themeColor="accent6" w:themeShade="BF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4">
    <w:name w:val="Light List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0">
    <w:name w:val="Light List Accent 2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0">
    <w:name w:val="Light List Accent 6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5">
    <w:name w:val="Light Grid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1">
    <w:name w:val="Light Grid Accent 2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1">
    <w:name w:val="Light Grid Accent 3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1">
    <w:name w:val="Light Grid Accent 4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1">
    <w:name w:val="Light Grid Accent 5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1">
    <w:name w:val="Light Grid Accent 6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">
    <w:name w:val="Medium Shading 1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0">
    <w:name w:val="Medium List 1 Accent 2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a">
    <w:name w:val="Medium List 2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b">
    <w:name w:val="Medium Grid 2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6">
    <w:name w:val="Dark List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ff7">
    <w:name w:val="Colorful Shading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3">
    <w:name w:val="Colorful Shading Accent 4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4">
    <w:name w:val="Colorful List Accent 2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4">
    <w:name w:val="Colorful List Accent 3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Colorful List Accent 4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4">
    <w:name w:val="Colorful List Accent 5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4">
    <w:name w:val="Colorful List Accent 6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9">
    <w:name w:val="Colorful Grid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5">
    <w:name w:val="Colorful Grid Accent 2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5">
    <w:name w:val="Colorful Grid Accent 3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5">
    <w:name w:val="Colorful Grid Accent 4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5">
    <w:name w:val="Colorful Grid Accent 5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5">
    <w:name w:val="Colorful Grid Accent 6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a">
    <w:name w:val="Balloon Text"/>
    <w:basedOn w:val="a1"/>
    <w:link w:val="affb"/>
    <w:uiPriority w:val="99"/>
    <w:semiHidden/>
    <w:unhideWhenUsed/>
    <w:rsid w:val="00680F08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680F08"/>
    <w:rPr>
      <w:rFonts w:ascii="Segoe UI" w:eastAsiaTheme="minorEastAsia" w:hAnsi="Segoe UI" w:cs="Segoe UI"/>
      <w:sz w:val="18"/>
      <w:szCs w:val="18"/>
      <w:lang w:val="en-US"/>
    </w:rPr>
  </w:style>
  <w:style w:type="numbering" w:customStyle="1" w:styleId="14">
    <w:name w:val="Нет списка1"/>
    <w:next w:val="a4"/>
    <w:uiPriority w:val="99"/>
    <w:semiHidden/>
    <w:unhideWhenUsed/>
    <w:rsid w:val="00680F08"/>
  </w:style>
  <w:style w:type="table" w:customStyle="1" w:styleId="15">
    <w:name w:val="Светлая заливка1"/>
    <w:basedOn w:val="a3"/>
    <w:uiPriority w:val="60"/>
    <w:rsid w:val="00680F08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0">
    <w:name w:val="Светлая заливка - Акцент 11"/>
    <w:basedOn w:val="a3"/>
    <w:uiPriority w:val="60"/>
    <w:rsid w:val="00680F08"/>
    <w:pPr>
      <w:spacing w:after="0" w:line="240" w:lineRule="auto"/>
    </w:pPr>
    <w:rPr>
      <w:rFonts w:eastAsiaTheme="minorEastAsia"/>
      <w:color w:val="2E74B5" w:themeColor="accent1" w:themeShade="BF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16">
    <w:name w:val="Светлый список1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3"/>
    <w:uiPriority w:val="61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17">
    <w:name w:val="Светлая сетка1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Светлая сетка - Акцент 11"/>
    <w:basedOn w:val="a3"/>
    <w:uiPriority w:val="62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110">
    <w:name w:val="Средняя заливка 11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3"/>
    <w:uiPriority w:val="63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0">
    <w:name w:val="Средняя заливка 2 - Акцент 11"/>
    <w:basedOn w:val="a3"/>
    <w:uiPriority w:val="64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1">
    <w:name w:val="Средний список 1 - Акцент 11"/>
    <w:basedOn w:val="a3"/>
    <w:uiPriority w:val="65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customStyle="1" w:styleId="211">
    <w:name w:val="Средний список 21"/>
    <w:basedOn w:val="a3"/>
    <w:uiPriority w:val="66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2">
    <w:name w:val="Средняя сетка 21"/>
    <w:basedOn w:val="a3"/>
    <w:uiPriority w:val="68"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680F0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18">
    <w:name w:val="Темный список1"/>
    <w:basedOn w:val="a3"/>
    <w:uiPriority w:val="70"/>
    <w:rsid w:val="00680F08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9">
    <w:name w:val="Цветная заливка1"/>
    <w:basedOn w:val="a3"/>
    <w:uiPriority w:val="71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a">
    <w:name w:val="Цветной список1"/>
    <w:basedOn w:val="a3"/>
    <w:uiPriority w:val="72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b">
    <w:name w:val="Цветная сетка1"/>
    <w:basedOn w:val="a3"/>
    <w:uiPriority w:val="73"/>
    <w:rsid w:val="00680F08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TableGrid">
    <w:name w:val="TableGrid"/>
    <w:rsid w:val="00680F0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680F08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character" w:customStyle="1" w:styleId="fontstyle01">
    <w:name w:val="fontstyle01"/>
    <w:basedOn w:val="a2"/>
    <w:rsid w:val="00680F08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2"/>
    <w:rsid w:val="00680F0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2"/>
    <w:rsid w:val="00680F08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paragraph" w:customStyle="1" w:styleId="footnotedescription">
    <w:name w:val="footnote description"/>
    <w:next w:val="a1"/>
    <w:link w:val="footnotedescriptionChar"/>
    <w:rsid w:val="00680F08"/>
    <w:pPr>
      <w:spacing w:after="0" w:line="251" w:lineRule="auto"/>
      <w:ind w:left="227" w:hanging="227"/>
      <w:jc w:val="both"/>
    </w:pPr>
    <w:rPr>
      <w:rFonts w:ascii="Times New Roman" w:eastAsia="Times New Roman" w:hAnsi="Times New Roman" w:cs="Times New Roman"/>
      <w:color w:val="231F2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680F08"/>
    <w:rPr>
      <w:rFonts w:ascii="Times New Roman" w:eastAsia="Times New Roman" w:hAnsi="Times New Roman" w:cs="Times New Roman"/>
      <w:color w:val="231F20"/>
      <w:sz w:val="18"/>
      <w:lang w:val="en-US"/>
    </w:rPr>
  </w:style>
  <w:style w:type="character" w:customStyle="1" w:styleId="footnotemark">
    <w:name w:val="footnote mark"/>
    <w:rsid w:val="00680F08"/>
    <w:rPr>
      <w:rFonts w:ascii="Times New Roman" w:eastAsia="Times New Roman" w:hAnsi="Times New Roman" w:cs="Times New Roman"/>
      <w:color w:val="231F20"/>
      <w:sz w:val="18"/>
      <w:vertAlign w:val="superscript"/>
    </w:rPr>
  </w:style>
  <w:style w:type="paragraph" w:customStyle="1" w:styleId="msonormal0">
    <w:name w:val="msonormal"/>
    <w:basedOn w:val="a1"/>
    <w:rsid w:val="0068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0">
    <w:name w:val="13"/>
    <w:basedOn w:val="a1"/>
    <w:rsid w:val="0068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3"/>
    <w:next w:val="aff2"/>
    <w:uiPriority w:val="59"/>
    <w:rsid w:val="00680F08"/>
    <w:pPr>
      <w:spacing w:after="0" w:line="240" w:lineRule="auto"/>
      <w:ind w:firstLine="425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Сетка таблицы2"/>
    <w:basedOn w:val="a3"/>
    <w:next w:val="aff2"/>
    <w:uiPriority w:val="59"/>
    <w:qFormat/>
    <w:rsid w:val="00680F0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80F0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38">
    <w:name w:val="Сетка таблицы3"/>
    <w:basedOn w:val="a3"/>
    <w:next w:val="aff2"/>
    <w:uiPriority w:val="39"/>
    <w:rsid w:val="00680F08"/>
    <w:pPr>
      <w:spacing w:after="0" w:line="240" w:lineRule="auto"/>
      <w:ind w:firstLine="425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ff2"/>
    <w:uiPriority w:val="39"/>
    <w:rsid w:val="00680F08"/>
    <w:pPr>
      <w:spacing w:after="0" w:line="240" w:lineRule="auto"/>
      <w:ind w:firstLine="425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3"/>
    <w:next w:val="aff2"/>
    <w:uiPriority w:val="59"/>
    <w:rsid w:val="00680F0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3"/>
    <w:next w:val="aff2"/>
    <w:uiPriority w:val="39"/>
    <w:rsid w:val="00680F0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0F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етка таблицы5"/>
    <w:basedOn w:val="a3"/>
    <w:next w:val="aff2"/>
    <w:uiPriority w:val="39"/>
    <w:rsid w:val="00680F0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Normal (Web)"/>
    <w:basedOn w:val="a1"/>
    <w:uiPriority w:val="99"/>
    <w:semiHidden/>
    <w:unhideWhenUsed/>
    <w:rsid w:val="0068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(2)_"/>
    <w:basedOn w:val="a2"/>
    <w:link w:val="2e"/>
    <w:rsid w:val="00680F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e">
    <w:name w:val="Основной текст (2)"/>
    <w:basedOn w:val="a1"/>
    <w:link w:val="2d"/>
    <w:rsid w:val="00680F08"/>
    <w:pPr>
      <w:widowControl w:val="0"/>
      <w:shd w:val="clear" w:color="auto" w:fill="FFFFFF"/>
      <w:spacing w:after="1740" w:line="643" w:lineRule="exact"/>
      <w:ind w:hanging="32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2">
    <w:name w:val="Основной текст (4)_"/>
    <w:basedOn w:val="a2"/>
    <w:link w:val="43"/>
    <w:rsid w:val="00680F0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1"/>
    <w:link w:val="42"/>
    <w:rsid w:val="00680F08"/>
    <w:pPr>
      <w:widowControl w:val="0"/>
      <w:shd w:val="clear" w:color="auto" w:fill="FFFFFF"/>
      <w:spacing w:after="0" w:line="322" w:lineRule="exact"/>
      <w:ind w:hanging="32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61">
    <w:name w:val="Сетка таблицы6"/>
    <w:basedOn w:val="a3"/>
    <w:next w:val="aff2"/>
    <w:uiPriority w:val="39"/>
    <w:rsid w:val="00680F08"/>
    <w:pPr>
      <w:spacing w:after="0" w:line="240" w:lineRule="auto"/>
      <w:ind w:firstLine="425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">
    <w:name w:val="Заголовок 11"/>
    <w:basedOn w:val="a1"/>
    <w:next w:val="a1"/>
    <w:uiPriority w:val="9"/>
    <w:qFormat/>
    <w:rsid w:val="00680F08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4">
    <w:name w:val="Заголовок 21"/>
    <w:basedOn w:val="a1"/>
    <w:next w:val="a1"/>
    <w:uiPriority w:val="9"/>
    <w:unhideWhenUsed/>
    <w:qFormat/>
    <w:rsid w:val="00680F08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1">
    <w:name w:val="Заголовок 31"/>
    <w:basedOn w:val="a1"/>
    <w:next w:val="a1"/>
    <w:uiPriority w:val="9"/>
    <w:unhideWhenUsed/>
    <w:qFormat/>
    <w:rsid w:val="00680F08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0">
    <w:name w:val="Заголовок 4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paragraph" w:customStyle="1" w:styleId="510">
    <w:name w:val="Заголовок 5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4"/>
    </w:pPr>
    <w:rPr>
      <w:rFonts w:ascii="Calibri Light" w:eastAsia="Times New Roman" w:hAnsi="Calibri Light" w:cs="Times New Roman"/>
      <w:color w:val="1F3763"/>
      <w:lang w:val="en-US"/>
    </w:rPr>
  </w:style>
  <w:style w:type="paragraph" w:customStyle="1" w:styleId="610">
    <w:name w:val="Заголовок 6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5"/>
    </w:pPr>
    <w:rPr>
      <w:rFonts w:ascii="Calibri Light" w:eastAsia="Times New Roman" w:hAnsi="Calibri Light" w:cs="Times New Roman"/>
      <w:i/>
      <w:iCs/>
      <w:color w:val="1F3763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6"/>
    </w:pPr>
    <w:rPr>
      <w:rFonts w:ascii="Calibri Light" w:eastAsia="Times New Roman" w:hAnsi="Calibri Light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7"/>
    </w:pPr>
    <w:rPr>
      <w:rFonts w:ascii="Calibri Light" w:eastAsia="Times New Roman" w:hAnsi="Calibri Light" w:cs="Times New Roman"/>
      <w:color w:val="4472C4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680F08"/>
    <w:pPr>
      <w:keepNext/>
      <w:keepLines/>
      <w:spacing w:before="200" w:after="0" w:line="276" w:lineRule="auto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val="en-US"/>
    </w:rPr>
  </w:style>
  <w:style w:type="paragraph" w:customStyle="1" w:styleId="1d">
    <w:name w:val="Верхний колонтитул1"/>
    <w:basedOn w:val="a1"/>
    <w:next w:val="a5"/>
    <w:uiPriority w:val="99"/>
    <w:unhideWhenUsed/>
    <w:rsid w:val="00680F08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val="en-US"/>
    </w:rPr>
  </w:style>
  <w:style w:type="paragraph" w:customStyle="1" w:styleId="1e">
    <w:name w:val="Нижний колонтитул1"/>
    <w:basedOn w:val="a1"/>
    <w:next w:val="a7"/>
    <w:uiPriority w:val="99"/>
    <w:unhideWhenUsed/>
    <w:rsid w:val="00680F08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val="en-US"/>
    </w:rPr>
  </w:style>
  <w:style w:type="paragraph" w:customStyle="1" w:styleId="1f">
    <w:name w:val="Без интервала1"/>
    <w:next w:val="a9"/>
    <w:uiPriority w:val="1"/>
    <w:qFormat/>
    <w:rsid w:val="00680F08"/>
    <w:pPr>
      <w:spacing w:after="0" w:line="240" w:lineRule="auto"/>
    </w:pPr>
    <w:rPr>
      <w:rFonts w:eastAsia="Times New Roman"/>
      <w:lang w:val="en-US"/>
    </w:rPr>
  </w:style>
  <w:style w:type="paragraph" w:customStyle="1" w:styleId="1f0">
    <w:name w:val="Заголовок1"/>
    <w:basedOn w:val="a1"/>
    <w:next w:val="a1"/>
    <w:uiPriority w:val="10"/>
    <w:qFormat/>
    <w:rsid w:val="00680F08"/>
    <w:pPr>
      <w:pBdr>
        <w:bottom w:val="single" w:sz="8" w:space="4" w:color="4472C4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paragraph" w:customStyle="1" w:styleId="1f1">
    <w:name w:val="Подзаголовок1"/>
    <w:basedOn w:val="a1"/>
    <w:next w:val="a1"/>
    <w:uiPriority w:val="11"/>
    <w:qFormat/>
    <w:rsid w:val="00680F08"/>
    <w:pPr>
      <w:numPr>
        <w:ilvl w:val="1"/>
      </w:numPr>
      <w:spacing w:after="200" w:line="276" w:lineRule="auto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paragraph" w:customStyle="1" w:styleId="1f2">
    <w:name w:val="Абзац списка1"/>
    <w:basedOn w:val="a1"/>
    <w:next w:val="ae"/>
    <w:uiPriority w:val="34"/>
    <w:qFormat/>
    <w:rsid w:val="00680F08"/>
    <w:pPr>
      <w:spacing w:after="200" w:line="276" w:lineRule="auto"/>
      <w:ind w:left="720"/>
      <w:contextualSpacing/>
    </w:pPr>
    <w:rPr>
      <w:rFonts w:eastAsia="Times New Roman"/>
      <w:lang w:val="en-US"/>
    </w:rPr>
  </w:style>
  <w:style w:type="paragraph" w:customStyle="1" w:styleId="1f3">
    <w:name w:val="Основной текст1"/>
    <w:basedOn w:val="a1"/>
    <w:next w:val="af"/>
    <w:uiPriority w:val="99"/>
    <w:unhideWhenUsed/>
    <w:rsid w:val="00680F08"/>
    <w:pPr>
      <w:spacing w:after="120" w:line="276" w:lineRule="auto"/>
    </w:pPr>
    <w:rPr>
      <w:rFonts w:eastAsia="Times New Roman"/>
      <w:lang w:val="en-US"/>
    </w:rPr>
  </w:style>
  <w:style w:type="paragraph" w:customStyle="1" w:styleId="215">
    <w:name w:val="Основной текст 21"/>
    <w:basedOn w:val="a1"/>
    <w:next w:val="23"/>
    <w:uiPriority w:val="99"/>
    <w:unhideWhenUsed/>
    <w:rsid w:val="00680F08"/>
    <w:pPr>
      <w:spacing w:after="120" w:line="480" w:lineRule="auto"/>
    </w:pPr>
    <w:rPr>
      <w:rFonts w:eastAsia="Times New Roman"/>
      <w:lang w:val="en-US"/>
    </w:rPr>
  </w:style>
  <w:style w:type="paragraph" w:customStyle="1" w:styleId="312">
    <w:name w:val="Основной текст 31"/>
    <w:basedOn w:val="a1"/>
    <w:next w:val="33"/>
    <w:uiPriority w:val="99"/>
    <w:unhideWhenUsed/>
    <w:rsid w:val="00680F08"/>
    <w:pPr>
      <w:spacing w:after="120" w:line="276" w:lineRule="auto"/>
    </w:pPr>
    <w:rPr>
      <w:rFonts w:eastAsia="Times New Roman"/>
      <w:sz w:val="16"/>
      <w:szCs w:val="16"/>
      <w:lang w:val="en-US"/>
    </w:rPr>
  </w:style>
  <w:style w:type="paragraph" w:customStyle="1" w:styleId="1f4">
    <w:name w:val="Список1"/>
    <w:basedOn w:val="a1"/>
    <w:next w:val="af1"/>
    <w:uiPriority w:val="99"/>
    <w:unhideWhenUsed/>
    <w:rsid w:val="00680F08"/>
    <w:pPr>
      <w:spacing w:after="200" w:line="276" w:lineRule="auto"/>
      <w:ind w:left="360" w:hanging="360"/>
      <w:contextualSpacing/>
    </w:pPr>
    <w:rPr>
      <w:rFonts w:eastAsia="Times New Roman"/>
      <w:lang w:val="en-US"/>
    </w:rPr>
  </w:style>
  <w:style w:type="paragraph" w:customStyle="1" w:styleId="216">
    <w:name w:val="Список 21"/>
    <w:basedOn w:val="a1"/>
    <w:next w:val="25"/>
    <w:uiPriority w:val="99"/>
    <w:unhideWhenUsed/>
    <w:rsid w:val="00680F08"/>
    <w:pPr>
      <w:spacing w:after="200" w:line="276" w:lineRule="auto"/>
      <w:ind w:left="720" w:hanging="360"/>
      <w:contextualSpacing/>
    </w:pPr>
    <w:rPr>
      <w:rFonts w:eastAsia="Times New Roman"/>
      <w:lang w:val="en-US"/>
    </w:rPr>
  </w:style>
  <w:style w:type="paragraph" w:customStyle="1" w:styleId="313">
    <w:name w:val="Список 31"/>
    <w:basedOn w:val="a1"/>
    <w:next w:val="35"/>
    <w:uiPriority w:val="99"/>
    <w:unhideWhenUsed/>
    <w:rsid w:val="00680F08"/>
    <w:pPr>
      <w:spacing w:after="200" w:line="276" w:lineRule="auto"/>
      <w:ind w:left="1080" w:hanging="360"/>
      <w:contextualSpacing/>
    </w:pPr>
    <w:rPr>
      <w:rFonts w:eastAsia="Times New Roman"/>
      <w:lang w:val="en-US"/>
    </w:rPr>
  </w:style>
  <w:style w:type="paragraph" w:customStyle="1" w:styleId="1f5">
    <w:name w:val="Маркированный список1"/>
    <w:basedOn w:val="a1"/>
    <w:next w:val="a0"/>
    <w:uiPriority w:val="99"/>
    <w:unhideWhenUsed/>
    <w:rsid w:val="00680F08"/>
    <w:pPr>
      <w:tabs>
        <w:tab w:val="num" w:pos="360"/>
      </w:tabs>
      <w:spacing w:after="200" w:line="276" w:lineRule="auto"/>
      <w:ind w:left="360" w:hanging="360"/>
      <w:contextualSpacing/>
    </w:pPr>
    <w:rPr>
      <w:rFonts w:eastAsia="Times New Roman"/>
      <w:lang w:val="en-US"/>
    </w:rPr>
  </w:style>
  <w:style w:type="paragraph" w:customStyle="1" w:styleId="217">
    <w:name w:val="Маркированный список 21"/>
    <w:basedOn w:val="a1"/>
    <w:next w:val="20"/>
    <w:uiPriority w:val="99"/>
    <w:unhideWhenUsed/>
    <w:rsid w:val="00680F08"/>
    <w:pPr>
      <w:tabs>
        <w:tab w:val="num" w:pos="720"/>
      </w:tabs>
      <w:spacing w:after="200" w:line="276" w:lineRule="auto"/>
      <w:ind w:left="720" w:hanging="360"/>
      <w:contextualSpacing/>
    </w:pPr>
    <w:rPr>
      <w:rFonts w:eastAsia="Times New Roman"/>
      <w:lang w:val="en-US"/>
    </w:rPr>
  </w:style>
  <w:style w:type="paragraph" w:customStyle="1" w:styleId="314">
    <w:name w:val="Маркированный список 31"/>
    <w:basedOn w:val="a1"/>
    <w:next w:val="30"/>
    <w:uiPriority w:val="99"/>
    <w:unhideWhenUsed/>
    <w:rsid w:val="00680F08"/>
    <w:pPr>
      <w:tabs>
        <w:tab w:val="num" w:pos="1080"/>
      </w:tabs>
      <w:spacing w:after="200" w:line="276" w:lineRule="auto"/>
      <w:ind w:left="1080" w:hanging="360"/>
      <w:contextualSpacing/>
    </w:pPr>
    <w:rPr>
      <w:rFonts w:eastAsia="Times New Roman"/>
      <w:lang w:val="en-US"/>
    </w:rPr>
  </w:style>
  <w:style w:type="paragraph" w:customStyle="1" w:styleId="1f6">
    <w:name w:val="Нумерованный список1"/>
    <w:basedOn w:val="a1"/>
    <w:next w:val="a"/>
    <w:uiPriority w:val="99"/>
    <w:unhideWhenUsed/>
    <w:rsid w:val="00680F08"/>
    <w:pPr>
      <w:tabs>
        <w:tab w:val="num" w:pos="360"/>
      </w:tabs>
      <w:spacing w:after="200" w:line="276" w:lineRule="auto"/>
      <w:ind w:left="360" w:hanging="360"/>
      <w:contextualSpacing/>
    </w:pPr>
    <w:rPr>
      <w:rFonts w:eastAsia="Times New Roman"/>
      <w:lang w:val="en-US"/>
    </w:rPr>
  </w:style>
  <w:style w:type="paragraph" w:customStyle="1" w:styleId="218">
    <w:name w:val="Нумерованный список 21"/>
    <w:basedOn w:val="a1"/>
    <w:next w:val="2"/>
    <w:uiPriority w:val="99"/>
    <w:unhideWhenUsed/>
    <w:rsid w:val="00680F08"/>
    <w:pPr>
      <w:tabs>
        <w:tab w:val="num" w:pos="720"/>
      </w:tabs>
      <w:spacing w:after="200" w:line="276" w:lineRule="auto"/>
      <w:ind w:left="720" w:hanging="360"/>
      <w:contextualSpacing/>
    </w:pPr>
    <w:rPr>
      <w:rFonts w:eastAsia="Times New Roman"/>
      <w:lang w:val="en-US"/>
    </w:rPr>
  </w:style>
  <w:style w:type="paragraph" w:customStyle="1" w:styleId="315">
    <w:name w:val="Нумерованный список 31"/>
    <w:basedOn w:val="a1"/>
    <w:next w:val="3"/>
    <w:uiPriority w:val="99"/>
    <w:unhideWhenUsed/>
    <w:rsid w:val="00680F08"/>
    <w:pPr>
      <w:tabs>
        <w:tab w:val="num" w:pos="1080"/>
      </w:tabs>
      <w:spacing w:after="200" w:line="276" w:lineRule="auto"/>
      <w:ind w:left="1080" w:hanging="360"/>
      <w:contextualSpacing/>
    </w:pPr>
    <w:rPr>
      <w:rFonts w:eastAsia="Times New Roman"/>
      <w:lang w:val="en-US"/>
    </w:rPr>
  </w:style>
  <w:style w:type="paragraph" w:customStyle="1" w:styleId="1f7">
    <w:name w:val="Продолжение списка1"/>
    <w:basedOn w:val="a1"/>
    <w:next w:val="af2"/>
    <w:uiPriority w:val="99"/>
    <w:unhideWhenUsed/>
    <w:rsid w:val="00680F08"/>
    <w:pPr>
      <w:spacing w:after="120" w:line="276" w:lineRule="auto"/>
      <w:ind w:left="360"/>
      <w:contextualSpacing/>
    </w:pPr>
    <w:rPr>
      <w:rFonts w:eastAsia="Times New Roman"/>
      <w:lang w:val="en-US"/>
    </w:rPr>
  </w:style>
  <w:style w:type="paragraph" w:customStyle="1" w:styleId="219">
    <w:name w:val="Продолжение списка 21"/>
    <w:basedOn w:val="a1"/>
    <w:next w:val="26"/>
    <w:uiPriority w:val="99"/>
    <w:unhideWhenUsed/>
    <w:rsid w:val="00680F08"/>
    <w:pPr>
      <w:spacing w:after="120" w:line="276" w:lineRule="auto"/>
      <w:ind w:left="720"/>
      <w:contextualSpacing/>
    </w:pPr>
    <w:rPr>
      <w:rFonts w:eastAsia="Times New Roman"/>
      <w:lang w:val="en-US"/>
    </w:rPr>
  </w:style>
  <w:style w:type="paragraph" w:customStyle="1" w:styleId="316">
    <w:name w:val="Продолжение списка 31"/>
    <w:basedOn w:val="a1"/>
    <w:next w:val="36"/>
    <w:uiPriority w:val="99"/>
    <w:unhideWhenUsed/>
    <w:rsid w:val="00680F08"/>
    <w:pPr>
      <w:spacing w:after="120" w:line="276" w:lineRule="auto"/>
      <w:ind w:left="1080"/>
      <w:contextualSpacing/>
    </w:pPr>
    <w:rPr>
      <w:rFonts w:eastAsia="Times New Roman"/>
      <w:lang w:val="en-US"/>
    </w:rPr>
  </w:style>
  <w:style w:type="paragraph" w:customStyle="1" w:styleId="1f8">
    <w:name w:val="Текст макроса1"/>
    <w:next w:val="af3"/>
    <w:uiPriority w:val="99"/>
    <w:unhideWhenUsed/>
    <w:rsid w:val="00680F0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Times New Roman" w:hAnsi="Courier"/>
      <w:sz w:val="20"/>
      <w:szCs w:val="20"/>
      <w:lang w:val="en-US"/>
    </w:rPr>
  </w:style>
  <w:style w:type="paragraph" w:customStyle="1" w:styleId="21a">
    <w:name w:val="Цитата 21"/>
    <w:basedOn w:val="a1"/>
    <w:next w:val="a1"/>
    <w:uiPriority w:val="29"/>
    <w:qFormat/>
    <w:rsid w:val="00680F08"/>
    <w:pPr>
      <w:spacing w:after="200" w:line="276" w:lineRule="auto"/>
    </w:pPr>
    <w:rPr>
      <w:rFonts w:eastAsia="Times New Roman"/>
      <w:i/>
      <w:iCs/>
      <w:color w:val="000000"/>
      <w:lang w:val="en-US"/>
    </w:rPr>
  </w:style>
  <w:style w:type="paragraph" w:customStyle="1" w:styleId="1f9">
    <w:name w:val="Выделенная цитата1"/>
    <w:basedOn w:val="a1"/>
    <w:next w:val="a1"/>
    <w:uiPriority w:val="30"/>
    <w:qFormat/>
    <w:rsid w:val="00680F08"/>
    <w:pPr>
      <w:pBdr>
        <w:bottom w:val="single" w:sz="4" w:space="4" w:color="4472C4"/>
      </w:pBdr>
      <w:spacing w:before="200" w:after="280" w:line="276" w:lineRule="auto"/>
      <w:ind w:left="936" w:right="936"/>
    </w:pPr>
    <w:rPr>
      <w:rFonts w:eastAsia="Times New Roman"/>
      <w:b/>
      <w:bCs/>
      <w:i/>
      <w:iCs/>
      <w:color w:val="4472C4"/>
      <w:lang w:val="en-US"/>
    </w:rPr>
  </w:style>
  <w:style w:type="character" w:customStyle="1" w:styleId="1fa">
    <w:name w:val="Слабое выделение1"/>
    <w:basedOn w:val="a2"/>
    <w:uiPriority w:val="19"/>
    <w:qFormat/>
    <w:rsid w:val="00680F08"/>
    <w:rPr>
      <w:i/>
      <w:iCs/>
      <w:color w:val="808080"/>
    </w:rPr>
  </w:style>
  <w:style w:type="character" w:customStyle="1" w:styleId="1fb">
    <w:name w:val="Сильное выделение1"/>
    <w:basedOn w:val="a2"/>
    <w:uiPriority w:val="21"/>
    <w:qFormat/>
    <w:rsid w:val="00680F08"/>
    <w:rPr>
      <w:b/>
      <w:bCs/>
      <w:i/>
      <w:iCs/>
      <w:color w:val="4472C4"/>
    </w:rPr>
  </w:style>
  <w:style w:type="character" w:customStyle="1" w:styleId="1fc">
    <w:name w:val="Слабая ссылка1"/>
    <w:basedOn w:val="a2"/>
    <w:uiPriority w:val="31"/>
    <w:qFormat/>
    <w:rsid w:val="00680F08"/>
    <w:rPr>
      <w:smallCaps/>
      <w:color w:val="ED7D31"/>
      <w:u w:val="single"/>
    </w:rPr>
  </w:style>
  <w:style w:type="character" w:customStyle="1" w:styleId="1fd">
    <w:name w:val="Сильная ссылка1"/>
    <w:basedOn w:val="a2"/>
    <w:uiPriority w:val="32"/>
    <w:qFormat/>
    <w:rsid w:val="00680F08"/>
    <w:rPr>
      <w:b/>
      <w:bCs/>
      <w:smallCaps/>
      <w:color w:val="ED7D31"/>
      <w:spacing w:val="5"/>
      <w:u w:val="single"/>
    </w:rPr>
  </w:style>
  <w:style w:type="character" w:customStyle="1" w:styleId="1fe">
    <w:name w:val="Гиперссылка1"/>
    <w:basedOn w:val="a2"/>
    <w:uiPriority w:val="99"/>
    <w:unhideWhenUsed/>
    <w:rsid w:val="00680F08"/>
    <w:rPr>
      <w:color w:val="0563C1"/>
      <w:u w:val="single"/>
    </w:rPr>
  </w:style>
  <w:style w:type="character" w:customStyle="1" w:styleId="1ff">
    <w:name w:val="Просмотренная гиперссылка1"/>
    <w:basedOn w:val="a2"/>
    <w:uiPriority w:val="99"/>
    <w:semiHidden/>
    <w:unhideWhenUsed/>
    <w:rsid w:val="00680F08"/>
    <w:rPr>
      <w:color w:val="954F72"/>
      <w:u w:val="single"/>
    </w:rPr>
  </w:style>
  <w:style w:type="character" w:customStyle="1" w:styleId="115">
    <w:name w:val="Заголовок 1 Знак1"/>
    <w:basedOn w:val="a2"/>
    <w:uiPriority w:val="9"/>
    <w:rsid w:val="00680F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b">
    <w:name w:val="Заголовок 2 Знак1"/>
    <w:basedOn w:val="a2"/>
    <w:uiPriority w:val="9"/>
    <w:semiHidden/>
    <w:rsid w:val="00680F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7">
    <w:name w:val="Заголовок 3 Знак1"/>
    <w:basedOn w:val="a2"/>
    <w:uiPriority w:val="9"/>
    <w:semiHidden/>
    <w:rsid w:val="00680F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1">
    <w:name w:val="Заголовок 4 Знак1"/>
    <w:basedOn w:val="a2"/>
    <w:uiPriority w:val="9"/>
    <w:semiHidden/>
    <w:rsid w:val="00680F0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1">
    <w:name w:val="Заголовок 5 Знак1"/>
    <w:basedOn w:val="a2"/>
    <w:uiPriority w:val="9"/>
    <w:semiHidden/>
    <w:rsid w:val="00680F0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680F0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680F0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680F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680F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ff0">
    <w:name w:val="Верхний колонтитул Знак1"/>
    <w:basedOn w:val="a2"/>
    <w:uiPriority w:val="99"/>
    <w:semiHidden/>
    <w:rsid w:val="00680F08"/>
  </w:style>
  <w:style w:type="character" w:customStyle="1" w:styleId="1ff1">
    <w:name w:val="Нижний колонтитул Знак1"/>
    <w:basedOn w:val="a2"/>
    <w:uiPriority w:val="99"/>
    <w:semiHidden/>
    <w:rsid w:val="00680F08"/>
  </w:style>
  <w:style w:type="character" w:customStyle="1" w:styleId="1ff2">
    <w:name w:val="Заголовок Знак1"/>
    <w:basedOn w:val="a2"/>
    <w:uiPriority w:val="10"/>
    <w:rsid w:val="00680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f3">
    <w:name w:val="Подзаголовок Знак1"/>
    <w:basedOn w:val="a2"/>
    <w:uiPriority w:val="11"/>
    <w:rsid w:val="00680F0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ff4">
    <w:name w:val="Основной текст Знак1"/>
    <w:basedOn w:val="a2"/>
    <w:uiPriority w:val="99"/>
    <w:semiHidden/>
    <w:rsid w:val="00680F08"/>
  </w:style>
  <w:style w:type="character" w:customStyle="1" w:styleId="21c">
    <w:name w:val="Основной текст 2 Знак1"/>
    <w:basedOn w:val="a2"/>
    <w:uiPriority w:val="99"/>
    <w:rsid w:val="00680F08"/>
  </w:style>
  <w:style w:type="character" w:customStyle="1" w:styleId="318">
    <w:name w:val="Основной текст 3 Знак1"/>
    <w:basedOn w:val="a2"/>
    <w:uiPriority w:val="99"/>
    <w:rsid w:val="00680F08"/>
    <w:rPr>
      <w:sz w:val="16"/>
      <w:szCs w:val="16"/>
    </w:rPr>
  </w:style>
  <w:style w:type="character" w:customStyle="1" w:styleId="1ff5">
    <w:name w:val="Текст макроса Знак1"/>
    <w:basedOn w:val="a2"/>
    <w:uiPriority w:val="99"/>
    <w:rsid w:val="00680F08"/>
    <w:rPr>
      <w:rFonts w:ascii="Consolas" w:hAnsi="Consolas"/>
      <w:sz w:val="20"/>
      <w:szCs w:val="20"/>
    </w:rPr>
  </w:style>
  <w:style w:type="character" w:customStyle="1" w:styleId="21d">
    <w:name w:val="Цитата 2 Знак1"/>
    <w:basedOn w:val="a2"/>
    <w:uiPriority w:val="29"/>
    <w:rsid w:val="00680F08"/>
    <w:rPr>
      <w:i/>
      <w:iCs/>
      <w:color w:val="000000" w:themeColor="text1"/>
    </w:rPr>
  </w:style>
  <w:style w:type="character" w:customStyle="1" w:styleId="1ff6">
    <w:name w:val="Выделенная цитата Знак1"/>
    <w:basedOn w:val="a2"/>
    <w:uiPriority w:val="30"/>
    <w:rsid w:val="00680F08"/>
    <w:rPr>
      <w:b/>
      <w:bCs/>
      <w:i/>
      <w:iCs/>
      <w:color w:val="5B9BD5" w:themeColor="accent1"/>
    </w:rPr>
  </w:style>
  <w:style w:type="numbering" w:customStyle="1" w:styleId="2f">
    <w:name w:val="Нет списка2"/>
    <w:next w:val="a4"/>
    <w:uiPriority w:val="99"/>
    <w:semiHidden/>
    <w:unhideWhenUsed/>
    <w:rsid w:val="00680F08"/>
  </w:style>
  <w:style w:type="paragraph" w:customStyle="1" w:styleId="1ff7">
    <w:name w:val="Название объекта1"/>
    <w:basedOn w:val="a1"/>
    <w:next w:val="a1"/>
    <w:uiPriority w:val="35"/>
    <w:semiHidden/>
    <w:unhideWhenUsed/>
    <w:qFormat/>
    <w:rsid w:val="00680F08"/>
    <w:pPr>
      <w:spacing w:after="200" w:line="240" w:lineRule="auto"/>
    </w:pPr>
    <w:rPr>
      <w:rFonts w:eastAsia="Times New Roman"/>
      <w:b/>
      <w:bCs/>
      <w:color w:val="4F81BD"/>
      <w:sz w:val="18"/>
      <w:szCs w:val="18"/>
      <w:lang w:val="en-US"/>
    </w:rPr>
  </w:style>
  <w:style w:type="paragraph" w:customStyle="1" w:styleId="1ff8">
    <w:name w:val="Заголовок оглавления1"/>
    <w:basedOn w:val="1"/>
    <w:next w:val="a1"/>
    <w:uiPriority w:val="39"/>
    <w:semiHidden/>
    <w:unhideWhenUsed/>
    <w:qFormat/>
    <w:rsid w:val="00680F08"/>
    <w:pPr>
      <w:outlineLvl w:val="9"/>
    </w:pPr>
    <w:rPr>
      <w:rFonts w:ascii="Cambria" w:eastAsia="Times New Roman" w:hAnsi="Cambria" w:cs="Times New Roman"/>
      <w:color w:val="365F91"/>
    </w:rPr>
  </w:style>
  <w:style w:type="table" w:customStyle="1" w:styleId="-210">
    <w:name w:val="Светлая заливка - Акцент 21"/>
    <w:basedOn w:val="a3"/>
    <w:next w:val="-2"/>
    <w:uiPriority w:val="60"/>
    <w:rsid w:val="00680F08"/>
    <w:pPr>
      <w:spacing w:after="0" w:line="240" w:lineRule="auto"/>
    </w:pPr>
    <w:rPr>
      <w:rFonts w:eastAsia="Times New Roman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0">
    <w:name w:val="Светлая заливка - Акцент 31"/>
    <w:basedOn w:val="a3"/>
    <w:next w:val="-3"/>
    <w:uiPriority w:val="60"/>
    <w:rsid w:val="00680F08"/>
    <w:pPr>
      <w:spacing w:after="0" w:line="240" w:lineRule="auto"/>
    </w:pPr>
    <w:rPr>
      <w:rFonts w:eastAsia="Times New Roman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0">
    <w:name w:val="Светлая заливка - Акцент 41"/>
    <w:basedOn w:val="a3"/>
    <w:next w:val="-4"/>
    <w:uiPriority w:val="60"/>
    <w:rsid w:val="00680F08"/>
    <w:pPr>
      <w:spacing w:after="0" w:line="240" w:lineRule="auto"/>
    </w:pPr>
    <w:rPr>
      <w:rFonts w:eastAsia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0">
    <w:name w:val="Светлая заливка - Акцент 51"/>
    <w:basedOn w:val="a3"/>
    <w:next w:val="-5"/>
    <w:uiPriority w:val="60"/>
    <w:rsid w:val="00680F08"/>
    <w:pPr>
      <w:spacing w:after="0" w:line="240" w:lineRule="auto"/>
    </w:pPr>
    <w:rPr>
      <w:rFonts w:eastAsia="Times New Roman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0">
    <w:name w:val="Светлая заливка - Акцент 61"/>
    <w:basedOn w:val="a3"/>
    <w:next w:val="-6"/>
    <w:uiPriority w:val="60"/>
    <w:rsid w:val="00680F08"/>
    <w:pPr>
      <w:spacing w:after="0" w:line="240" w:lineRule="auto"/>
    </w:pPr>
    <w:rPr>
      <w:rFonts w:eastAsia="Times New Roman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-211">
    <w:name w:val="Светлый список - Акцент 21"/>
    <w:basedOn w:val="a3"/>
    <w:next w:val="-20"/>
    <w:uiPriority w:val="61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">
    <w:name w:val="Светлый список - Акцент 31"/>
    <w:basedOn w:val="a3"/>
    <w:next w:val="-30"/>
    <w:uiPriority w:val="61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1">
    <w:name w:val="Светлый список - Акцент 41"/>
    <w:basedOn w:val="a3"/>
    <w:next w:val="-40"/>
    <w:uiPriority w:val="61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1">
    <w:name w:val="Светлый список - Акцент 51"/>
    <w:basedOn w:val="a3"/>
    <w:next w:val="-50"/>
    <w:uiPriority w:val="61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1">
    <w:name w:val="Светлый список - Акцент 61"/>
    <w:basedOn w:val="a3"/>
    <w:next w:val="-60"/>
    <w:uiPriority w:val="61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212">
    <w:name w:val="Светлая сетка - Акцент 21"/>
    <w:basedOn w:val="a3"/>
    <w:next w:val="-21"/>
    <w:uiPriority w:val="62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2">
    <w:name w:val="Светлая сетка - Акцент 31"/>
    <w:basedOn w:val="a3"/>
    <w:next w:val="-31"/>
    <w:uiPriority w:val="62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2">
    <w:name w:val="Светлая сетка - Акцент 41"/>
    <w:basedOn w:val="a3"/>
    <w:next w:val="-41"/>
    <w:uiPriority w:val="62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2">
    <w:name w:val="Светлая сетка - Акцент 51"/>
    <w:basedOn w:val="a3"/>
    <w:next w:val="-51"/>
    <w:uiPriority w:val="62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2">
    <w:name w:val="Светлая сетка - Акцент 61"/>
    <w:basedOn w:val="a3"/>
    <w:next w:val="-61"/>
    <w:uiPriority w:val="62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-210">
    <w:name w:val="Средняя заливка 1 - Акцент 21"/>
    <w:basedOn w:val="a3"/>
    <w:next w:val="1-2"/>
    <w:uiPriority w:val="63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0">
    <w:name w:val="Средняя заливка 1 - Акцент 31"/>
    <w:basedOn w:val="a3"/>
    <w:next w:val="1-3"/>
    <w:uiPriority w:val="63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0">
    <w:name w:val="Средняя заливка 1 - Акцент 41"/>
    <w:basedOn w:val="a3"/>
    <w:next w:val="1-4"/>
    <w:uiPriority w:val="63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0">
    <w:name w:val="Средняя заливка 1 - Акцент 51"/>
    <w:basedOn w:val="a3"/>
    <w:next w:val="1-5"/>
    <w:uiPriority w:val="63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0">
    <w:name w:val="Средняя заливка 1 - Акцент 61"/>
    <w:basedOn w:val="a3"/>
    <w:next w:val="1-6"/>
    <w:uiPriority w:val="63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10">
    <w:name w:val="Средняя заливка 2 - Акцент 21"/>
    <w:basedOn w:val="a3"/>
    <w:next w:val="2-2"/>
    <w:uiPriority w:val="64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0">
    <w:name w:val="Средняя заливка 2 - Акцент 31"/>
    <w:basedOn w:val="a3"/>
    <w:next w:val="2-3"/>
    <w:uiPriority w:val="64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0">
    <w:name w:val="Средняя заливка 2 - Акцент 41"/>
    <w:basedOn w:val="a3"/>
    <w:next w:val="2-4"/>
    <w:uiPriority w:val="64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0">
    <w:name w:val="Средняя заливка 2 - Акцент 51"/>
    <w:basedOn w:val="a3"/>
    <w:next w:val="2-5"/>
    <w:uiPriority w:val="64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0">
    <w:name w:val="Средняя заливка 2 - Акцент 61"/>
    <w:basedOn w:val="a3"/>
    <w:next w:val="2-6"/>
    <w:uiPriority w:val="64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211">
    <w:name w:val="Средний список 1 - Акцент 21"/>
    <w:basedOn w:val="a3"/>
    <w:next w:val="1-20"/>
    <w:uiPriority w:val="65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1">
    <w:name w:val="Средний список 1 - Акцент 31"/>
    <w:basedOn w:val="a3"/>
    <w:next w:val="1-30"/>
    <w:uiPriority w:val="65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1">
    <w:name w:val="Средний список 1 - Акцент 41"/>
    <w:basedOn w:val="a3"/>
    <w:next w:val="1-40"/>
    <w:uiPriority w:val="65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1">
    <w:name w:val="Средний список 1 - Акцент 51"/>
    <w:basedOn w:val="a3"/>
    <w:next w:val="1-50"/>
    <w:uiPriority w:val="65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1">
    <w:name w:val="Средний список 1 - Акцент 61"/>
    <w:basedOn w:val="a3"/>
    <w:next w:val="1-60"/>
    <w:uiPriority w:val="65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-111">
    <w:name w:val="Средний список 2 - Акцент 11"/>
    <w:basedOn w:val="a3"/>
    <w:next w:val="2-1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1">
    <w:name w:val="Средний список 2 - Акцент 21"/>
    <w:basedOn w:val="a3"/>
    <w:next w:val="2-2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1">
    <w:name w:val="Средний список 2 - Акцент 31"/>
    <w:basedOn w:val="a3"/>
    <w:next w:val="2-3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1">
    <w:name w:val="Средний список 2 - Акцент 41"/>
    <w:basedOn w:val="a3"/>
    <w:next w:val="2-4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1">
    <w:name w:val="Средний список 2 - Акцент 51"/>
    <w:basedOn w:val="a3"/>
    <w:next w:val="2-5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1">
    <w:name w:val="Средний список 2 - Акцент 61"/>
    <w:basedOn w:val="a3"/>
    <w:next w:val="2-60"/>
    <w:uiPriority w:val="66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2">
    <w:name w:val="Средняя сетка 1 - Акцент 11"/>
    <w:basedOn w:val="a3"/>
    <w:next w:val="1-1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2">
    <w:name w:val="Средняя сетка 1 - Акцент 21"/>
    <w:basedOn w:val="a3"/>
    <w:next w:val="1-2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2">
    <w:name w:val="Средняя сетка 1 - Акцент 31"/>
    <w:basedOn w:val="a3"/>
    <w:next w:val="1-3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2">
    <w:name w:val="Средняя сетка 1 - Акцент 41"/>
    <w:basedOn w:val="a3"/>
    <w:next w:val="1-4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2">
    <w:name w:val="Средняя сетка 1 - Акцент 51"/>
    <w:basedOn w:val="a3"/>
    <w:next w:val="1-5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2">
    <w:name w:val="Средняя сетка 1 - Акцент 61"/>
    <w:basedOn w:val="a3"/>
    <w:next w:val="1-61"/>
    <w:uiPriority w:val="67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-112">
    <w:name w:val="Средняя сетка 2 - Акцент 11"/>
    <w:basedOn w:val="a3"/>
    <w:next w:val="2-1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2">
    <w:name w:val="Средняя сетка 2 - Акцент 21"/>
    <w:basedOn w:val="a3"/>
    <w:next w:val="2-2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2">
    <w:name w:val="Средняя сетка 2 - Акцент 31"/>
    <w:basedOn w:val="a3"/>
    <w:next w:val="2-3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2">
    <w:name w:val="Средняя сетка 2 - Акцент 41"/>
    <w:basedOn w:val="a3"/>
    <w:next w:val="2-4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2">
    <w:name w:val="Средняя сетка 2 - Акцент 51"/>
    <w:basedOn w:val="a3"/>
    <w:next w:val="2-5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2">
    <w:name w:val="Средняя сетка 2 - Акцент 61"/>
    <w:basedOn w:val="a3"/>
    <w:next w:val="2-61"/>
    <w:uiPriority w:val="68"/>
    <w:rsid w:val="00680F08"/>
    <w:pPr>
      <w:spacing w:after="0" w:line="240" w:lineRule="auto"/>
    </w:pPr>
    <w:rPr>
      <w:rFonts w:ascii="Cambria" w:eastAsia="Times New Roman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680F08"/>
    <w:pPr>
      <w:spacing w:after="0" w:line="240" w:lineRule="auto"/>
    </w:pPr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-113">
    <w:name w:val="Темный список - Акцент 11"/>
    <w:basedOn w:val="a3"/>
    <w:next w:val="-1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3">
    <w:name w:val="Темный список - Акцент 21"/>
    <w:basedOn w:val="a3"/>
    <w:next w:val="-2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3">
    <w:name w:val="Темный список - Акцент 31"/>
    <w:basedOn w:val="a3"/>
    <w:next w:val="-3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3">
    <w:name w:val="Темный список - Акцент 41"/>
    <w:basedOn w:val="a3"/>
    <w:next w:val="-4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3">
    <w:name w:val="Темный список - Акцент 51"/>
    <w:basedOn w:val="a3"/>
    <w:next w:val="-5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3">
    <w:name w:val="Темный список - Акцент 61"/>
    <w:basedOn w:val="a3"/>
    <w:next w:val="-62"/>
    <w:uiPriority w:val="70"/>
    <w:rsid w:val="00680F08"/>
    <w:pPr>
      <w:spacing w:after="0" w:line="240" w:lineRule="auto"/>
    </w:pPr>
    <w:rPr>
      <w:rFonts w:eastAsia="Times New Roman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-114">
    <w:name w:val="Цветная заливка - Акцент 11"/>
    <w:basedOn w:val="a3"/>
    <w:next w:val="-1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4">
    <w:name w:val="Цветная заливка - Акцент 21"/>
    <w:basedOn w:val="a3"/>
    <w:next w:val="-2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4">
    <w:name w:val="Цветная заливка - Акцент 31"/>
    <w:basedOn w:val="a3"/>
    <w:next w:val="-3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4">
    <w:name w:val="Цветная заливка - Акцент 41"/>
    <w:basedOn w:val="a3"/>
    <w:next w:val="-4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4">
    <w:name w:val="Цветная заливка - Акцент 51"/>
    <w:basedOn w:val="a3"/>
    <w:next w:val="-5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4">
    <w:name w:val="Цветная заливка - Акцент 61"/>
    <w:basedOn w:val="a3"/>
    <w:next w:val="-63"/>
    <w:uiPriority w:val="71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5">
    <w:name w:val="Цветной список - Акцент 11"/>
    <w:basedOn w:val="a3"/>
    <w:next w:val="-1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5">
    <w:name w:val="Цветной список - Акцент 21"/>
    <w:basedOn w:val="a3"/>
    <w:next w:val="-2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5">
    <w:name w:val="Цветной список - Акцент 31"/>
    <w:basedOn w:val="a3"/>
    <w:next w:val="-3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5">
    <w:name w:val="Цветной список - Акцент 41"/>
    <w:basedOn w:val="a3"/>
    <w:next w:val="-4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5">
    <w:name w:val="Цветной список - Акцент 51"/>
    <w:basedOn w:val="a3"/>
    <w:next w:val="-5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5">
    <w:name w:val="Цветной список - Акцент 61"/>
    <w:basedOn w:val="a3"/>
    <w:next w:val="-64"/>
    <w:uiPriority w:val="72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-116">
    <w:name w:val="Цветная сетка - Акцент 11"/>
    <w:basedOn w:val="a3"/>
    <w:next w:val="-1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6">
    <w:name w:val="Цветная сетка - Акцент 21"/>
    <w:basedOn w:val="a3"/>
    <w:next w:val="-2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6">
    <w:name w:val="Цветная сетка - Акцент 31"/>
    <w:basedOn w:val="a3"/>
    <w:next w:val="-3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6">
    <w:name w:val="Цветная сетка - Акцент 41"/>
    <w:basedOn w:val="a3"/>
    <w:next w:val="-4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6">
    <w:name w:val="Цветная сетка - Акцент 51"/>
    <w:basedOn w:val="a3"/>
    <w:next w:val="-5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6">
    <w:name w:val="Цветная сетка - Акцент 61"/>
    <w:basedOn w:val="a3"/>
    <w:next w:val="-65"/>
    <w:uiPriority w:val="73"/>
    <w:rsid w:val="00680F08"/>
    <w:pPr>
      <w:spacing w:after="0" w:line="240" w:lineRule="auto"/>
    </w:pPr>
    <w:rPr>
      <w:rFonts w:eastAsia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f0">
    <w:name w:val="Светлая заливка2"/>
    <w:basedOn w:val="a3"/>
    <w:uiPriority w:val="60"/>
    <w:unhideWhenUsed/>
    <w:rsid w:val="00680F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20">
    <w:name w:val="Светлая заливка - Акцент 12"/>
    <w:basedOn w:val="a3"/>
    <w:uiPriority w:val="60"/>
    <w:unhideWhenUsed/>
    <w:rsid w:val="00680F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2f1">
    <w:name w:val="Светлый список2"/>
    <w:basedOn w:val="a3"/>
    <w:uiPriority w:val="61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21">
    <w:name w:val="Светлый список - Акцент 12"/>
    <w:basedOn w:val="a3"/>
    <w:uiPriority w:val="61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2f2">
    <w:name w:val="Светлая сетка2"/>
    <w:basedOn w:val="a3"/>
    <w:uiPriority w:val="62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22">
    <w:name w:val="Светлая сетка - Акцент 12"/>
    <w:basedOn w:val="a3"/>
    <w:uiPriority w:val="62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120">
    <w:name w:val="Средняя заливка 12"/>
    <w:basedOn w:val="a3"/>
    <w:uiPriority w:val="63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2">
    <w:name w:val="Средняя заливка 1 - Акцент 12"/>
    <w:basedOn w:val="a3"/>
    <w:uiPriority w:val="63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20">
    <w:name w:val="Средняя заливка 22"/>
    <w:basedOn w:val="a3"/>
    <w:uiPriority w:val="64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2">
    <w:name w:val="Средняя заливка 2 - Акцент 12"/>
    <w:basedOn w:val="a3"/>
    <w:uiPriority w:val="64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121">
    <w:name w:val="Средний список 12"/>
    <w:basedOn w:val="a3"/>
    <w:uiPriority w:val="65"/>
    <w:unhideWhenUsed/>
    <w:rsid w:val="00680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20">
    <w:name w:val="Средний список 1 - Акцент 12"/>
    <w:basedOn w:val="a3"/>
    <w:uiPriority w:val="65"/>
    <w:unhideWhenUsed/>
    <w:rsid w:val="00680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customStyle="1" w:styleId="221">
    <w:name w:val="Средний список 22"/>
    <w:basedOn w:val="a3"/>
    <w:uiPriority w:val="66"/>
    <w:unhideWhenUsed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22">
    <w:name w:val="Средняя сетка 12"/>
    <w:basedOn w:val="a3"/>
    <w:uiPriority w:val="67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22">
    <w:name w:val="Средняя сетка 22"/>
    <w:basedOn w:val="a3"/>
    <w:uiPriority w:val="68"/>
    <w:unhideWhenUsed/>
    <w:rsid w:val="00680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20">
    <w:name w:val="Средняя сетка 32"/>
    <w:basedOn w:val="a3"/>
    <w:uiPriority w:val="69"/>
    <w:unhideWhenUsed/>
    <w:rsid w:val="00680F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2f3">
    <w:name w:val="Темный список2"/>
    <w:basedOn w:val="a3"/>
    <w:uiPriority w:val="70"/>
    <w:unhideWhenUsed/>
    <w:rsid w:val="00680F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f4">
    <w:name w:val="Цветная заливка2"/>
    <w:basedOn w:val="a3"/>
    <w:uiPriority w:val="71"/>
    <w:unhideWhenUsed/>
    <w:rsid w:val="00680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f5">
    <w:name w:val="Цветной список2"/>
    <w:basedOn w:val="a3"/>
    <w:uiPriority w:val="72"/>
    <w:unhideWhenUsed/>
    <w:rsid w:val="00680F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f6">
    <w:name w:val="Цветная сетка2"/>
    <w:basedOn w:val="a3"/>
    <w:uiPriority w:val="73"/>
    <w:unhideWhenUsed/>
    <w:rsid w:val="00680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numbering" w:customStyle="1" w:styleId="39">
    <w:name w:val="Нет списка3"/>
    <w:next w:val="a4"/>
    <w:uiPriority w:val="99"/>
    <w:semiHidden/>
    <w:unhideWhenUsed/>
    <w:rsid w:val="00680F08"/>
  </w:style>
  <w:style w:type="paragraph" w:customStyle="1" w:styleId="2f7">
    <w:name w:val="Название объекта2"/>
    <w:basedOn w:val="a1"/>
    <w:next w:val="a1"/>
    <w:uiPriority w:val="35"/>
    <w:semiHidden/>
    <w:unhideWhenUsed/>
    <w:qFormat/>
    <w:rsid w:val="00680F08"/>
    <w:pPr>
      <w:spacing w:after="200"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paragraph" w:customStyle="1" w:styleId="2f8">
    <w:name w:val="Заголовок оглавления2"/>
    <w:basedOn w:val="1"/>
    <w:next w:val="a1"/>
    <w:uiPriority w:val="39"/>
    <w:semiHidden/>
    <w:unhideWhenUsed/>
    <w:qFormat/>
    <w:rsid w:val="00680F08"/>
    <w:pPr>
      <w:outlineLvl w:val="9"/>
    </w:pPr>
    <w:rPr>
      <w:rFonts w:ascii="Calibri" w:eastAsia="MS Gothic" w:hAnsi="Calibri" w:cs="Times New Roman"/>
      <w:color w:val="365F91"/>
    </w:rPr>
  </w:style>
  <w:style w:type="table" w:customStyle="1" w:styleId="-220">
    <w:name w:val="Светлая заливка - Акцент 22"/>
    <w:basedOn w:val="a3"/>
    <w:next w:val="-2"/>
    <w:uiPriority w:val="60"/>
    <w:rsid w:val="00680F08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20">
    <w:name w:val="Светлая заливка - Акцент 32"/>
    <w:basedOn w:val="a3"/>
    <w:next w:val="-3"/>
    <w:uiPriority w:val="60"/>
    <w:rsid w:val="00680F08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20">
    <w:name w:val="Светлая заливка - Акцент 42"/>
    <w:basedOn w:val="a3"/>
    <w:next w:val="-4"/>
    <w:uiPriority w:val="60"/>
    <w:rsid w:val="00680F08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20">
    <w:name w:val="Светлая заливка - Акцент 52"/>
    <w:basedOn w:val="a3"/>
    <w:next w:val="-5"/>
    <w:uiPriority w:val="60"/>
    <w:rsid w:val="00680F08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20">
    <w:name w:val="Светлая заливка - Акцент 62"/>
    <w:basedOn w:val="a3"/>
    <w:next w:val="-6"/>
    <w:uiPriority w:val="60"/>
    <w:rsid w:val="00680F08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-221">
    <w:name w:val="Светлый список - Акцент 22"/>
    <w:basedOn w:val="a3"/>
    <w:next w:val="-20"/>
    <w:uiPriority w:val="61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">
    <w:name w:val="Светлый список - Акцент 32"/>
    <w:basedOn w:val="a3"/>
    <w:next w:val="-30"/>
    <w:uiPriority w:val="61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21">
    <w:name w:val="Светлый список - Акцент 42"/>
    <w:basedOn w:val="a3"/>
    <w:next w:val="-40"/>
    <w:uiPriority w:val="61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21">
    <w:name w:val="Светлый список - Акцент 52"/>
    <w:basedOn w:val="a3"/>
    <w:next w:val="-50"/>
    <w:uiPriority w:val="61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21">
    <w:name w:val="Светлый список - Акцент 62"/>
    <w:basedOn w:val="a3"/>
    <w:next w:val="-60"/>
    <w:uiPriority w:val="61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-222">
    <w:name w:val="Светлая сетка - Акцент 22"/>
    <w:basedOn w:val="a3"/>
    <w:next w:val="-21"/>
    <w:uiPriority w:val="62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22">
    <w:name w:val="Светлая сетка - Акцент 32"/>
    <w:basedOn w:val="a3"/>
    <w:next w:val="-31"/>
    <w:uiPriority w:val="62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22">
    <w:name w:val="Светлая сетка - Акцент 42"/>
    <w:basedOn w:val="a3"/>
    <w:next w:val="-41"/>
    <w:uiPriority w:val="62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22">
    <w:name w:val="Светлая сетка - Акцент 52"/>
    <w:basedOn w:val="a3"/>
    <w:next w:val="-51"/>
    <w:uiPriority w:val="62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22">
    <w:name w:val="Светлая сетка - Акцент 62"/>
    <w:basedOn w:val="a3"/>
    <w:next w:val="-61"/>
    <w:uiPriority w:val="62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-22">
    <w:name w:val="Средняя заливка 1 - Акцент 22"/>
    <w:basedOn w:val="a3"/>
    <w:next w:val="1-2"/>
    <w:uiPriority w:val="63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2">
    <w:name w:val="Средняя заливка 1 - Акцент 32"/>
    <w:basedOn w:val="a3"/>
    <w:next w:val="1-3"/>
    <w:uiPriority w:val="63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2">
    <w:name w:val="Средняя заливка 1 - Акцент 42"/>
    <w:basedOn w:val="a3"/>
    <w:next w:val="1-4"/>
    <w:uiPriority w:val="63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2">
    <w:name w:val="Средняя заливка 1 - Акцент 52"/>
    <w:basedOn w:val="a3"/>
    <w:next w:val="1-5"/>
    <w:uiPriority w:val="63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2">
    <w:name w:val="Средняя заливка 1 - Акцент 62"/>
    <w:basedOn w:val="a3"/>
    <w:next w:val="1-6"/>
    <w:uiPriority w:val="63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2">
    <w:name w:val="Средняя заливка 2 - Акцент 22"/>
    <w:basedOn w:val="a3"/>
    <w:next w:val="2-2"/>
    <w:uiPriority w:val="64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">
    <w:name w:val="Средняя заливка 2 - Акцент 32"/>
    <w:basedOn w:val="a3"/>
    <w:next w:val="2-3"/>
    <w:uiPriority w:val="64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2">
    <w:name w:val="Средняя заливка 2 - Акцент 42"/>
    <w:basedOn w:val="a3"/>
    <w:next w:val="2-4"/>
    <w:uiPriority w:val="64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2">
    <w:name w:val="Средняя заливка 2 - Акцент 52"/>
    <w:basedOn w:val="a3"/>
    <w:next w:val="2-5"/>
    <w:uiPriority w:val="64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2">
    <w:name w:val="Средняя заливка 2 - Акцент 62"/>
    <w:basedOn w:val="a3"/>
    <w:next w:val="2-6"/>
    <w:uiPriority w:val="64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220">
    <w:name w:val="Средний список 1 - Акцент 22"/>
    <w:basedOn w:val="a3"/>
    <w:next w:val="1-20"/>
    <w:uiPriority w:val="65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20">
    <w:name w:val="Средний список 1 - Акцент 32"/>
    <w:basedOn w:val="a3"/>
    <w:next w:val="1-30"/>
    <w:uiPriority w:val="65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20">
    <w:name w:val="Средний список 1 - Акцент 42"/>
    <w:basedOn w:val="a3"/>
    <w:next w:val="1-40"/>
    <w:uiPriority w:val="65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20">
    <w:name w:val="Средний список 1 - Акцент 52"/>
    <w:basedOn w:val="a3"/>
    <w:next w:val="1-50"/>
    <w:uiPriority w:val="65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20">
    <w:name w:val="Средний список 1 - Акцент 62"/>
    <w:basedOn w:val="a3"/>
    <w:next w:val="1-60"/>
    <w:uiPriority w:val="65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-120">
    <w:name w:val="Средний список 2 - Акцент 12"/>
    <w:basedOn w:val="a3"/>
    <w:next w:val="2-1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20">
    <w:name w:val="Средний список 2 - Акцент 22"/>
    <w:basedOn w:val="a3"/>
    <w:next w:val="2-2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20">
    <w:name w:val="Средний список 2 - Акцент 32"/>
    <w:basedOn w:val="a3"/>
    <w:next w:val="2-3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0">
    <w:name w:val="Средний список 2 - Акцент 42"/>
    <w:basedOn w:val="a3"/>
    <w:next w:val="2-4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20">
    <w:name w:val="Средний список 2 - Акцент 52"/>
    <w:basedOn w:val="a3"/>
    <w:next w:val="2-5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20">
    <w:name w:val="Средний список 2 - Акцент 62"/>
    <w:basedOn w:val="a3"/>
    <w:next w:val="2-60"/>
    <w:uiPriority w:val="66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21">
    <w:name w:val="Средняя сетка 1 - Акцент 12"/>
    <w:basedOn w:val="a3"/>
    <w:next w:val="1-1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21">
    <w:name w:val="Средняя сетка 1 - Акцент 22"/>
    <w:basedOn w:val="a3"/>
    <w:next w:val="1-2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21">
    <w:name w:val="Средняя сетка 1 - Акцент 32"/>
    <w:basedOn w:val="a3"/>
    <w:next w:val="1-3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21">
    <w:name w:val="Средняя сетка 1 - Акцент 42"/>
    <w:basedOn w:val="a3"/>
    <w:next w:val="1-4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21">
    <w:name w:val="Средняя сетка 1 - Акцент 52"/>
    <w:basedOn w:val="a3"/>
    <w:next w:val="1-5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21">
    <w:name w:val="Средняя сетка 1 - Акцент 62"/>
    <w:basedOn w:val="a3"/>
    <w:next w:val="1-61"/>
    <w:uiPriority w:val="67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-121">
    <w:name w:val="Средняя сетка 2 - Акцент 12"/>
    <w:basedOn w:val="a3"/>
    <w:next w:val="2-1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21">
    <w:name w:val="Средняя сетка 2 - Акцент 22"/>
    <w:basedOn w:val="a3"/>
    <w:next w:val="2-2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21">
    <w:name w:val="Средняя сетка 2 - Акцент 32"/>
    <w:basedOn w:val="a3"/>
    <w:next w:val="2-3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21">
    <w:name w:val="Средняя сетка 2 - Акцент 42"/>
    <w:basedOn w:val="a3"/>
    <w:next w:val="2-4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21">
    <w:name w:val="Средняя сетка 2 - Акцент 52"/>
    <w:basedOn w:val="a3"/>
    <w:next w:val="2-5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21">
    <w:name w:val="Средняя сетка 2 - Акцент 62"/>
    <w:basedOn w:val="a3"/>
    <w:next w:val="2-61"/>
    <w:uiPriority w:val="68"/>
    <w:rsid w:val="00680F08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-12">
    <w:name w:val="Средняя сетка 3 - Акцент 12"/>
    <w:basedOn w:val="a3"/>
    <w:next w:val="3-1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2">
    <w:name w:val="Средняя сетка 3 - Акцент 22"/>
    <w:basedOn w:val="a3"/>
    <w:next w:val="3-2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2">
    <w:name w:val="Средняя сетка 3 - Акцент 32"/>
    <w:basedOn w:val="a3"/>
    <w:next w:val="3-3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2">
    <w:name w:val="Средняя сетка 3 - Акцент 42"/>
    <w:basedOn w:val="a3"/>
    <w:next w:val="3-4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2">
    <w:name w:val="Средняя сетка 3 - Акцент 52"/>
    <w:basedOn w:val="a3"/>
    <w:next w:val="3-5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2">
    <w:name w:val="Средняя сетка 3 - Акцент 62"/>
    <w:basedOn w:val="a3"/>
    <w:next w:val="3-6"/>
    <w:uiPriority w:val="69"/>
    <w:rsid w:val="00680F08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-123">
    <w:name w:val="Темный список - Акцент 12"/>
    <w:basedOn w:val="a3"/>
    <w:next w:val="-1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23">
    <w:name w:val="Темный список - Акцент 22"/>
    <w:basedOn w:val="a3"/>
    <w:next w:val="-2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23">
    <w:name w:val="Темный список - Акцент 32"/>
    <w:basedOn w:val="a3"/>
    <w:next w:val="-3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23">
    <w:name w:val="Темный список - Акцент 42"/>
    <w:basedOn w:val="a3"/>
    <w:next w:val="-4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23">
    <w:name w:val="Темный список - Акцент 52"/>
    <w:basedOn w:val="a3"/>
    <w:next w:val="-5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23">
    <w:name w:val="Темный список - Акцент 62"/>
    <w:basedOn w:val="a3"/>
    <w:next w:val="-62"/>
    <w:uiPriority w:val="70"/>
    <w:rsid w:val="00680F08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-124">
    <w:name w:val="Цветная заливка - Акцент 12"/>
    <w:basedOn w:val="a3"/>
    <w:next w:val="-1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24">
    <w:name w:val="Цветная заливка - Акцент 22"/>
    <w:basedOn w:val="a3"/>
    <w:next w:val="-2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24">
    <w:name w:val="Цветная заливка - Акцент 32"/>
    <w:basedOn w:val="a3"/>
    <w:next w:val="-3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24">
    <w:name w:val="Цветная заливка - Акцент 42"/>
    <w:basedOn w:val="a3"/>
    <w:next w:val="-4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24">
    <w:name w:val="Цветная заливка - Акцент 52"/>
    <w:basedOn w:val="a3"/>
    <w:next w:val="-5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24">
    <w:name w:val="Цветная заливка - Акцент 62"/>
    <w:basedOn w:val="a3"/>
    <w:next w:val="-63"/>
    <w:uiPriority w:val="71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25">
    <w:name w:val="Цветной список - Акцент 12"/>
    <w:basedOn w:val="a3"/>
    <w:next w:val="-1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25">
    <w:name w:val="Цветной список - Акцент 22"/>
    <w:basedOn w:val="a3"/>
    <w:next w:val="-2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25">
    <w:name w:val="Цветной список - Акцент 32"/>
    <w:basedOn w:val="a3"/>
    <w:next w:val="-3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25">
    <w:name w:val="Цветной список - Акцент 42"/>
    <w:basedOn w:val="a3"/>
    <w:next w:val="-4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25">
    <w:name w:val="Цветной список - Акцент 52"/>
    <w:basedOn w:val="a3"/>
    <w:next w:val="-5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25">
    <w:name w:val="Цветной список - Акцент 62"/>
    <w:basedOn w:val="a3"/>
    <w:next w:val="-64"/>
    <w:uiPriority w:val="72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-126">
    <w:name w:val="Цветная сетка - Акцент 12"/>
    <w:basedOn w:val="a3"/>
    <w:next w:val="-1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26">
    <w:name w:val="Цветная сетка - Акцент 22"/>
    <w:basedOn w:val="a3"/>
    <w:next w:val="-2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26">
    <w:name w:val="Цветная сетка - Акцент 32"/>
    <w:basedOn w:val="a3"/>
    <w:next w:val="-3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26">
    <w:name w:val="Цветная сетка - Акцент 42"/>
    <w:basedOn w:val="a3"/>
    <w:next w:val="-4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26">
    <w:name w:val="Цветная сетка - Акцент 52"/>
    <w:basedOn w:val="a3"/>
    <w:next w:val="-5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26">
    <w:name w:val="Цветная сетка - Акцент 62"/>
    <w:basedOn w:val="a3"/>
    <w:next w:val="-65"/>
    <w:uiPriority w:val="73"/>
    <w:rsid w:val="00680F08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44">
    <w:name w:val="Нет списка4"/>
    <w:next w:val="a4"/>
    <w:uiPriority w:val="99"/>
    <w:semiHidden/>
    <w:unhideWhenUsed/>
    <w:rsid w:val="00680F08"/>
  </w:style>
  <w:style w:type="numbering" w:customStyle="1" w:styleId="116">
    <w:name w:val="Нет списка11"/>
    <w:next w:val="a4"/>
    <w:uiPriority w:val="99"/>
    <w:semiHidden/>
    <w:unhideWhenUsed/>
    <w:rsid w:val="00680F08"/>
  </w:style>
  <w:style w:type="numbering" w:customStyle="1" w:styleId="21e">
    <w:name w:val="Нет списка21"/>
    <w:next w:val="a4"/>
    <w:uiPriority w:val="99"/>
    <w:semiHidden/>
    <w:unhideWhenUsed/>
    <w:rsid w:val="00680F08"/>
  </w:style>
  <w:style w:type="numbering" w:customStyle="1" w:styleId="319">
    <w:name w:val="Нет списка31"/>
    <w:next w:val="a4"/>
    <w:uiPriority w:val="99"/>
    <w:semiHidden/>
    <w:unhideWhenUsed/>
    <w:rsid w:val="00680F08"/>
  </w:style>
  <w:style w:type="numbering" w:customStyle="1" w:styleId="52">
    <w:name w:val="Нет списка5"/>
    <w:next w:val="a4"/>
    <w:uiPriority w:val="99"/>
    <w:semiHidden/>
    <w:unhideWhenUsed/>
    <w:rsid w:val="00680F08"/>
  </w:style>
  <w:style w:type="numbering" w:customStyle="1" w:styleId="123">
    <w:name w:val="Нет списка12"/>
    <w:next w:val="a4"/>
    <w:uiPriority w:val="99"/>
    <w:semiHidden/>
    <w:unhideWhenUsed/>
    <w:rsid w:val="00680F08"/>
  </w:style>
  <w:style w:type="numbering" w:customStyle="1" w:styleId="223">
    <w:name w:val="Нет списка22"/>
    <w:next w:val="a4"/>
    <w:uiPriority w:val="99"/>
    <w:semiHidden/>
    <w:unhideWhenUsed/>
    <w:rsid w:val="00680F08"/>
  </w:style>
  <w:style w:type="numbering" w:customStyle="1" w:styleId="321">
    <w:name w:val="Нет списка32"/>
    <w:next w:val="a4"/>
    <w:uiPriority w:val="99"/>
    <w:semiHidden/>
    <w:unhideWhenUsed/>
    <w:rsid w:val="00680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2790/main/" TargetMode="External"/><Relationship Id="rId21" Type="http://schemas.openxmlformats.org/officeDocument/2006/relationships/hyperlink" Target="https://resh.edu.ru/subject/%20lesson/2833/main/" TargetMode="External"/><Relationship Id="rId42" Type="http://schemas.openxmlformats.org/officeDocument/2006/relationships/hyperlink" Target="http://www.prosv.ru" TargetMode="External"/><Relationship Id="rId63" Type="http://schemas.openxmlformats.org/officeDocument/2006/relationships/hyperlink" Target="http://prosv.ru/umk/vereshchagina" TargetMode="External"/><Relationship Id="rId84" Type="http://schemas.openxmlformats.org/officeDocument/2006/relationships/hyperlink" Target="https://resh.edu.ru/subject/lesson/653/" TargetMode="External"/><Relationship Id="rId138" Type="http://schemas.openxmlformats.org/officeDocument/2006/relationships/hyperlink" Target="http://school.iot.ru/" TargetMode="External"/><Relationship Id="rId159" Type="http://schemas.openxmlformats.org/officeDocument/2006/relationships/hyperlink" Target="http://www.funology.com/" TargetMode="External"/><Relationship Id="rId170" Type="http://schemas.openxmlformats.org/officeDocument/2006/relationships/hyperlink" Target="http://obrnadzor.gov.ru" TargetMode="External"/><Relationship Id="rId191" Type="http://schemas.openxmlformats.org/officeDocument/2006/relationships/hyperlink" Target="http://www.owlnet.rice.edu/~ling215/NewWords/index.html" TargetMode="External"/><Relationship Id="rId205" Type="http://schemas.openxmlformats.org/officeDocument/2006/relationships/hyperlink" Target="http://www.english.language.ru/ege/" TargetMode="External"/><Relationship Id="rId226" Type="http://schemas.openxmlformats.org/officeDocument/2006/relationships/hyperlink" Target="http://en.bab.la/games/Bab.la" TargetMode="External"/><Relationship Id="rId247" Type="http://schemas.openxmlformats.org/officeDocument/2006/relationships/hyperlink" Target="http://www.native-english.ru" TargetMode="External"/><Relationship Id="rId107" Type="http://schemas.openxmlformats.org/officeDocument/2006/relationships/hyperlink" Target="https://topuch.ru/reshenie-prikladnih-zadach-cele-obucheniya-2-2-ispolezovate-ab/index.html" TargetMode="External"/><Relationship Id="rId268" Type="http://schemas.openxmlformats.org/officeDocument/2006/relationships/hyperlink" Target="https://topuch.ru/reshenie-prikladnih-zadach-cele-obucheniya-2-2-ispolezovate-ab/index.html" TargetMode="External"/><Relationship Id="rId11" Type="http://schemas.openxmlformats.org/officeDocument/2006/relationships/hyperlink" Target="https://resh.edu.ru/subject/%20%20lesson/520/" TargetMode="External"/><Relationship Id="rId32" Type="http://schemas.openxmlformats.org/officeDocument/2006/relationships/hyperlink" Target="http://www.fsu.edu.ru" TargetMode="External"/><Relationship Id="rId53" Type="http://schemas.openxmlformats.org/officeDocument/2006/relationships/hyperlink" Target="http://prosv.ru/umk/vereshchagina" TargetMode="External"/><Relationship Id="rId74" Type="http://schemas.openxmlformats.org/officeDocument/2006/relationships/hyperlink" Target="http://www.incredimail.com/english/gifts/c...008-ecards.aspx" TargetMode="External"/><Relationship Id="rId128" Type="http://schemas.openxmlformats.org/officeDocument/2006/relationships/hyperlink" Target="http://prosv.ru/umk/vereshchagina" TargetMode="External"/><Relationship Id="rId149" Type="http://schemas.openxmlformats.org/officeDocument/2006/relationships/hyperlink" Target="http://prosv.ru/umk/vereshchagin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esh.edu.ru/subject/11/" TargetMode="External"/><Relationship Id="rId160" Type="http://schemas.openxmlformats.org/officeDocument/2006/relationships/hyperlink" Target="http://www.autoenglish.org" TargetMode="External"/><Relationship Id="rId181" Type="http://schemas.openxmlformats.org/officeDocument/2006/relationships/hyperlink" Target="http://www.incredimail.com/english/gifts/c...008-ecards.aspx" TargetMode="External"/><Relationship Id="rId216" Type="http://schemas.openxmlformats.org/officeDocument/2006/relationships/hyperlink" Target="http://school-collection.edu.ru/" TargetMode="External"/><Relationship Id="rId237" Type="http://schemas.openxmlformats.org/officeDocument/2006/relationships/hyperlink" Target="http://www.englishforkids.ru" TargetMode="External"/><Relationship Id="rId258" Type="http://schemas.openxmlformats.org/officeDocument/2006/relationships/hyperlink" Target="http://www.kindersite.org/Directory/DirectoryFrame.htm" TargetMode="External"/><Relationship Id="rId22" Type="http://schemas.openxmlformats.org/officeDocument/2006/relationships/hyperlink" Target="http://prosv.ru/umk/%20vereshchagina" TargetMode="External"/><Relationship Id="rId43" Type="http://schemas.openxmlformats.org/officeDocument/2006/relationships/hyperlink" Target="http://prosv.ru/umk/vereshchagina" TargetMode="External"/><Relationship Id="rId64" Type="http://schemas.openxmlformats.org/officeDocument/2006/relationships/hyperlink" Target="https://resh.edu.ru/subject/11/" TargetMode="External"/><Relationship Id="rId118" Type="http://schemas.openxmlformats.org/officeDocument/2006/relationships/hyperlink" Target="https://resh.edu.ru/subject/lesson/2863/main/" TargetMode="External"/><Relationship Id="rId139" Type="http://schemas.openxmlformats.org/officeDocument/2006/relationships/hyperlink" Target="http://www.thefreedictionary.com" TargetMode="External"/><Relationship Id="rId85" Type="http://schemas.openxmlformats.org/officeDocument/2006/relationships/hyperlink" Target="https://resh.edu.ru/subject/lesson/4606/main/113525/" TargetMode="External"/><Relationship Id="rId150" Type="http://schemas.openxmlformats.org/officeDocument/2006/relationships/hyperlink" Target="http://prosv.ru/umk/vereshchagina" TargetMode="External"/><Relationship Id="rId171" Type="http://schemas.openxmlformats.org/officeDocument/2006/relationships/hyperlink" Target="http://www.ege.edu.ru" TargetMode="External"/><Relationship Id="rId192" Type="http://schemas.openxmlformats.org/officeDocument/2006/relationships/hyperlink" Target="http://www.yourdictionary.com/languages/ge...ic.html" TargetMode="External"/><Relationship Id="rId206" Type="http://schemas.openxmlformats.org/officeDocument/2006/relationships/hyperlink" Target="http://standart.edu.ru/" TargetMode="External"/><Relationship Id="rId227" Type="http://schemas.openxmlformats.org/officeDocument/2006/relationships/hyperlink" Target="http://www.translate.ru" TargetMode="External"/><Relationship Id="rId248" Type="http://schemas.openxmlformats.org/officeDocument/2006/relationships/hyperlink" Target="http://www.study.ru" TargetMode="External"/><Relationship Id="rId269" Type="http://schemas.openxmlformats.org/officeDocument/2006/relationships/hyperlink" Target="https://topuch.ru/lekciya-osnovi-masterstva-publichnogo-vistupleniya-plan/index.html" TargetMode="External"/><Relationship Id="rId12" Type="http://schemas.openxmlformats.org/officeDocument/2006/relationships/hyperlink" Target="https://resh.edu.ru/subject/%20lesson/2842/star" TargetMode="External"/><Relationship Id="rId33" Type="http://schemas.openxmlformats.org/officeDocument/2006/relationships/hyperlink" Target="http://www.4teachers.org/" TargetMode="External"/><Relationship Id="rId108" Type="http://schemas.openxmlformats.org/officeDocument/2006/relationships/hyperlink" Target="https://topuch.ru/lekciya-osnovi-masterstva-publichnogo-vistupleniya-plan/index.html" TargetMode="External"/><Relationship Id="rId129" Type="http://schemas.openxmlformats.org/officeDocument/2006/relationships/hyperlink" Target="http://prosv.ru/umk/vereshchagina" TargetMode="External"/><Relationship Id="rId54" Type="http://schemas.openxmlformats.org/officeDocument/2006/relationships/hyperlink" Target="http://www.prosv.ru" TargetMode="External"/><Relationship Id="rId75" Type="http://schemas.openxmlformats.org/officeDocument/2006/relationships/hyperlink" Target="http://www.edu.ru/modules.php?op=modload&amp;a...tsD&amp;show=10" TargetMode="External"/><Relationship Id="rId96" Type="http://schemas.openxmlformats.org/officeDocument/2006/relationships/hyperlink" Target="http://www.onestopenglish.com/" TargetMode="External"/><Relationship Id="rId140" Type="http://schemas.openxmlformats.org/officeDocument/2006/relationships/hyperlink" Target="http://www.incredimail.com/english/gifts/c...008-ecards.aspx" TargetMode="External"/><Relationship Id="rId161" Type="http://schemas.openxmlformats.org/officeDocument/2006/relationships/hyperlink" Target="http://www.gogolovesenglish.com" TargetMode="External"/><Relationship Id="rId182" Type="http://schemas.openxmlformats.org/officeDocument/2006/relationships/hyperlink" Target="http://www.abc-english-grammar.com" TargetMode="External"/><Relationship Id="rId217" Type="http://schemas.openxmlformats.org/officeDocument/2006/relationships/hyperlink" Target="http://www.solnet.ee/sol/003/p_000.html" TargetMode="External"/><Relationship Id="rId6" Type="http://schemas.openxmlformats.org/officeDocument/2006/relationships/hyperlink" Target="http://www.bilingual.ru/" TargetMode="External"/><Relationship Id="rId238" Type="http://schemas.openxmlformats.org/officeDocument/2006/relationships/hyperlink" Target="http://www.english.language.ru" TargetMode="External"/><Relationship Id="rId259" Type="http://schemas.openxmlformats.org/officeDocument/2006/relationships/hyperlink" Target="http://www.esl-lab.com" TargetMode="External"/><Relationship Id="rId23" Type="http://schemas.openxmlformats.org/officeDocument/2006/relationships/hyperlink" Target="https://resh.edu.ru/subject/%20lesson/5147/main/146752/" TargetMode="External"/><Relationship Id="rId119" Type="http://schemas.openxmlformats.org/officeDocument/2006/relationships/hyperlink" Target="https://resh.edu.ru/subject/lesson/6099/main/137413/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://www.prosv.ru" TargetMode="External"/><Relationship Id="rId60" Type="http://schemas.openxmlformats.org/officeDocument/2006/relationships/hyperlink" Target="http://www.prosv.ru" TargetMode="External"/><Relationship Id="rId65" Type="http://schemas.openxmlformats.org/officeDocument/2006/relationships/hyperlink" Target="http://www.onestopenglish.com/" TargetMode="External"/><Relationship Id="rId81" Type="http://schemas.openxmlformats.org/officeDocument/2006/relationships/hyperlink" Target="https://resh.edu.ru/subject/lesson/2874/main/" TargetMode="External"/><Relationship Id="rId86" Type="http://schemas.openxmlformats.org/officeDocument/2006/relationships/hyperlink" Target="http://www.bilingual.ru/" TargetMode="External"/><Relationship Id="rId130" Type="http://schemas.openxmlformats.org/officeDocument/2006/relationships/hyperlink" Target="https://resh.edu.ru/subject/11/" TargetMode="External"/><Relationship Id="rId135" Type="http://schemas.openxmlformats.org/officeDocument/2006/relationships/hyperlink" Target="http://edu.ru/index.php" TargetMode="External"/><Relationship Id="rId151" Type="http://schemas.openxmlformats.org/officeDocument/2006/relationships/hyperlink" Target="http://prosv.ru/umk/vereshchagina" TargetMode="External"/><Relationship Id="rId156" Type="http://schemas.openxmlformats.org/officeDocument/2006/relationships/hyperlink" Target="http://www.britishcouncil.org/learnenglish" TargetMode="External"/><Relationship Id="rId177" Type="http://schemas.openxmlformats.org/officeDocument/2006/relationships/hyperlink" Target="http://www.englishforums.com/English/" TargetMode="External"/><Relationship Id="rId198" Type="http://schemas.openxmlformats.org/officeDocument/2006/relationships/hyperlink" Target="http://agendaweb.org/listening/easy_reading_listening.html" TargetMode="External"/><Relationship Id="rId172" Type="http://schemas.openxmlformats.org/officeDocument/2006/relationships/hyperlink" Target="http://www.fipi.ru" TargetMode="External"/><Relationship Id="rId193" Type="http://schemas.openxmlformats.org/officeDocument/2006/relationships/hyperlink" Target="http://www.onelook.com/" TargetMode="External"/><Relationship Id="rId202" Type="http://schemas.openxmlformats.org/officeDocument/2006/relationships/hyperlink" Target="http://www.school.edu.ru/default.asp" TargetMode="External"/><Relationship Id="rId207" Type="http://schemas.openxmlformats.org/officeDocument/2006/relationships/hyperlink" Target="http://en.wikipedia.org/wiki/The_Beatles" TargetMode="External"/><Relationship Id="rId223" Type="http://schemas.openxmlformats.org/officeDocument/2006/relationships/hyperlink" Target="http://pc-vestnik.ru/interneturok-4500-urokov-shkol-noj-programmy" TargetMode="External"/><Relationship Id="rId228" Type="http://schemas.openxmlformats.org/officeDocument/2006/relationships/hyperlink" Target="http://online.multilex.ru" TargetMode="External"/><Relationship Id="rId244" Type="http://schemas.openxmlformats.org/officeDocument/2006/relationships/hyperlink" Target="http://abc-english-grammar.com" TargetMode="External"/><Relationship Id="rId249" Type="http://schemas.openxmlformats.org/officeDocument/2006/relationships/hyperlink" Target="http://www.prosv.ru/umk/vereshchagina" TargetMode="External"/><Relationship Id="rId13" Type="http://schemas.openxmlformats.org/officeDocument/2006/relationships/hyperlink" Target="http://www.bilingual.ru/" TargetMode="External"/><Relationship Id="rId18" Type="http://schemas.openxmlformats.org/officeDocument/2006/relationships/hyperlink" Target="http://prosv.ru/umk/%20vereshchagina" TargetMode="External"/><Relationship Id="rId39" Type="http://schemas.openxmlformats.org/officeDocument/2006/relationships/hyperlink" Target="https://topuch.ru/lekciya-osnovi-masterstva-publichnogo-vistupleniya-plan/index.html" TargetMode="External"/><Relationship Id="rId109" Type="http://schemas.openxmlformats.org/officeDocument/2006/relationships/hyperlink" Target="https://resh.edu.ru/subject/%20lesson/2785/main/" TargetMode="External"/><Relationship Id="rId260" Type="http://schemas.openxmlformats.org/officeDocument/2006/relationships/hyperlink" Target="http://www.teflclips.com" TargetMode="External"/><Relationship Id="rId265" Type="http://schemas.openxmlformats.org/officeDocument/2006/relationships/hyperlink" Target="http://www.eslgold.com" TargetMode="External"/><Relationship Id="rId34" Type="http://schemas.openxmlformats.org/officeDocument/2006/relationships/hyperlink" Target="http://school.iot.ru/" TargetMode="External"/><Relationship Id="rId50" Type="http://schemas.openxmlformats.org/officeDocument/2006/relationships/hyperlink" Target="http://www.prosv.ru" TargetMode="External"/><Relationship Id="rId55" Type="http://schemas.openxmlformats.org/officeDocument/2006/relationships/hyperlink" Target="http://prosv.ru/umk/vereshchagina" TargetMode="External"/><Relationship Id="rId76" Type="http://schemas.openxmlformats.org/officeDocument/2006/relationships/hyperlink" Target="https://topuch.ru/reshenie-prikladnih-zadach-cele-obucheniya-2-2-ispolezovate-ab/index.html" TargetMode="External"/><Relationship Id="rId97" Type="http://schemas.openxmlformats.org/officeDocument/2006/relationships/hyperlink" Target="http://school-collection.edu.ru" TargetMode="External"/><Relationship Id="rId104" Type="http://schemas.openxmlformats.org/officeDocument/2006/relationships/hyperlink" Target="http://www.thefreedictionary.com" TargetMode="External"/><Relationship Id="rId120" Type="http://schemas.openxmlformats.org/officeDocument/2006/relationships/hyperlink" Target="http://prosv.ru/umk/vereshchagina" TargetMode="External"/><Relationship Id="rId125" Type="http://schemas.openxmlformats.org/officeDocument/2006/relationships/hyperlink" Target="https://resh.edu.ru/subject/lesson/2800/start/" TargetMode="External"/><Relationship Id="rId141" Type="http://schemas.openxmlformats.org/officeDocument/2006/relationships/hyperlink" Target="http://www.edu.ru/modules.php" TargetMode="External"/><Relationship Id="rId146" Type="http://schemas.openxmlformats.org/officeDocument/2006/relationships/hyperlink" Target="http://prosv.ru/umk/vereshchagina" TargetMode="External"/><Relationship Id="rId167" Type="http://schemas.openxmlformats.org/officeDocument/2006/relationships/hyperlink" Target="http://www.kindersite.org/Directory/DirectoryFrame.htm" TargetMode="External"/><Relationship Id="rId188" Type="http://schemas.openxmlformats.org/officeDocument/2006/relationships/hyperlink" Target="http://www.1911encyclopedia.org/Main_Page" TargetMode="External"/><Relationship Id="rId7" Type="http://schemas.openxmlformats.org/officeDocument/2006/relationships/hyperlink" Target="https://resh.edu.ru/subject/%20lesson/2875/main/" TargetMode="External"/><Relationship Id="rId71" Type="http://schemas.openxmlformats.org/officeDocument/2006/relationships/hyperlink" Target="http://www.4teachers.org/" TargetMode="External"/><Relationship Id="rId92" Type="http://schemas.openxmlformats.org/officeDocument/2006/relationships/hyperlink" Target="https://resh.edu.ru/subject/lesson/4603/main/160590/" TargetMode="External"/><Relationship Id="rId162" Type="http://schemas.openxmlformats.org/officeDocument/2006/relationships/hyperlink" Target="http://www.epals.com/" TargetMode="External"/><Relationship Id="rId183" Type="http://schemas.openxmlformats.org/officeDocument/2006/relationships/hyperlink" Target="http://www.fluent-english.ru" TargetMode="External"/><Relationship Id="rId213" Type="http://schemas.openxmlformats.org/officeDocument/2006/relationships/hyperlink" Target="http://flmoscow1678.ucoz.ru/" TargetMode="External"/><Relationship Id="rId218" Type="http://schemas.openxmlformats.org/officeDocument/2006/relationships/hyperlink" Target="http://mults.spb.ru/forum/viewtopic.php?f=8&amp;t=1727&amp;view=next" TargetMode="External"/><Relationship Id="rId234" Type="http://schemas.openxmlformats.org/officeDocument/2006/relationships/hyperlink" Target="http://www.thefreedictionary.com" TargetMode="External"/><Relationship Id="rId239" Type="http://schemas.openxmlformats.org/officeDocument/2006/relationships/hyperlink" Target="http://www.homeenglish.ru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ge.edu.ru" TargetMode="External"/><Relationship Id="rId250" Type="http://schemas.openxmlformats.org/officeDocument/2006/relationships/hyperlink" Target="http://www.prosv.ru/umk/we" TargetMode="External"/><Relationship Id="rId255" Type="http://schemas.openxmlformats.org/officeDocument/2006/relationships/hyperlink" Target="http://www.listen-to-english.com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://prosv.ru/umk/%20vereshchagina" TargetMode="External"/><Relationship Id="rId40" Type="http://schemas.openxmlformats.org/officeDocument/2006/relationships/hyperlink" Target="http://www.prosv.ru" TargetMode="External"/><Relationship Id="rId45" Type="http://schemas.openxmlformats.org/officeDocument/2006/relationships/hyperlink" Target="http://prosv.ru/umk/vereshchagina" TargetMode="External"/><Relationship Id="rId66" Type="http://schemas.openxmlformats.org/officeDocument/2006/relationships/hyperlink" Target="http://school-collection.edu.ru" TargetMode="External"/><Relationship Id="rId87" Type="http://schemas.openxmlformats.org/officeDocument/2006/relationships/hyperlink" Target="https://resh.edu.ru/subject/lesson/2838/main/" TargetMode="External"/><Relationship Id="rId110" Type="http://schemas.openxmlformats.org/officeDocument/2006/relationships/hyperlink" Target="https://resh.edu.ru/subject/%20lesson/2876/main/" TargetMode="External"/><Relationship Id="rId115" Type="http://schemas.openxmlformats.org/officeDocument/2006/relationships/hyperlink" Target="https://resh.edu.ru/subject/lesson/3474/main/135259/" TargetMode="External"/><Relationship Id="rId131" Type="http://schemas.openxmlformats.org/officeDocument/2006/relationships/hyperlink" Target="http://www.onestopenglish.com/" TargetMode="External"/><Relationship Id="rId136" Type="http://schemas.openxmlformats.org/officeDocument/2006/relationships/hyperlink" Target="http://www.fsu.edu.ru" TargetMode="External"/><Relationship Id="rId157" Type="http://schemas.openxmlformats.org/officeDocument/2006/relationships/hyperlink" Target="http://lessons.study.ru" TargetMode="External"/><Relationship Id="rId178" Type="http://schemas.openxmlformats.org/officeDocument/2006/relationships/hyperlink" Target="http://englishtips.org/" TargetMode="External"/><Relationship Id="rId61" Type="http://schemas.openxmlformats.org/officeDocument/2006/relationships/hyperlink" Target="http://prosv.ru/umk/vereshchagina" TargetMode="External"/><Relationship Id="rId82" Type="http://schemas.openxmlformats.org/officeDocument/2006/relationships/hyperlink" Target="https://resh.edu.ru/subject/lesson/3094/main/" TargetMode="External"/><Relationship Id="rId152" Type="http://schemas.openxmlformats.org/officeDocument/2006/relationships/hyperlink" Target="http://prosv.ru/umk/vereshchagina" TargetMode="External"/><Relationship Id="rId173" Type="http://schemas.openxmlformats.org/officeDocument/2006/relationships/hyperlink" Target="http://www.lclark.edu/~krauss/toppicks/toppicks.html" TargetMode="External"/><Relationship Id="rId194" Type="http://schemas.openxmlformats.org/officeDocument/2006/relationships/hyperlink" Target="http://www.dioo.ru/planirovanie-rabotyi.html" TargetMode="External"/><Relationship Id="rId199" Type="http://schemas.openxmlformats.org/officeDocument/2006/relationships/hyperlink" Target="http://www.bilingual.ru/" TargetMode="External"/><Relationship Id="rId203" Type="http://schemas.openxmlformats.org/officeDocument/2006/relationships/hyperlink" Target="http://www.it-n.ru/-" TargetMode="External"/><Relationship Id="rId208" Type="http://schemas.openxmlformats.org/officeDocument/2006/relationships/hyperlink" Target="http://www.rollingstone.com/artists/thebeatles/biography" TargetMode="External"/><Relationship Id="rId229" Type="http://schemas.openxmlformats.org/officeDocument/2006/relationships/hyperlink" Target="http://www.multitran.ru" TargetMode="External"/><Relationship Id="rId19" Type="http://schemas.openxmlformats.org/officeDocument/2006/relationships/hyperlink" Target="http://www.bilingual.ru/" TargetMode="External"/><Relationship Id="rId224" Type="http://schemas.openxmlformats.org/officeDocument/2006/relationships/hyperlink" Target="http://capl.washjeff.edu/index.php" TargetMode="External"/><Relationship Id="rId240" Type="http://schemas.openxmlformats.org/officeDocument/2006/relationships/hyperlink" Target="http://www.schoolenglish.ru" TargetMode="External"/><Relationship Id="rId245" Type="http://schemas.openxmlformats.org/officeDocument/2006/relationships/hyperlink" Target="http://www.bilingual.ru" TargetMode="External"/><Relationship Id="rId261" Type="http://schemas.openxmlformats.org/officeDocument/2006/relationships/hyperlink" Target="http://www.teachertube.com" TargetMode="External"/><Relationship Id="rId266" Type="http://schemas.openxmlformats.org/officeDocument/2006/relationships/hyperlink" Target="http://www.eslgold.com/writing.html" TargetMode="External"/><Relationship Id="rId14" Type="http://schemas.openxmlformats.org/officeDocument/2006/relationships/hyperlink" Target="http://www.bilingual.ru/" TargetMode="External"/><Relationship Id="rId30" Type="http://schemas.openxmlformats.org/officeDocument/2006/relationships/hyperlink" Target="http://www.fipi.ru" TargetMode="External"/><Relationship Id="rId35" Type="http://schemas.openxmlformats.org/officeDocument/2006/relationships/hyperlink" Target="http://www.thefreedictionary.com" TargetMode="External"/><Relationship Id="rId56" Type="http://schemas.openxmlformats.org/officeDocument/2006/relationships/hyperlink" Target="http://www.prosv.ru" TargetMode="External"/><Relationship Id="rId77" Type="http://schemas.openxmlformats.org/officeDocument/2006/relationships/hyperlink" Target="https://topuch.ru/lekciya-osnovi-masterstva-publichnogo-vistupleniya-plan/index.html" TargetMode="External"/><Relationship Id="rId100" Type="http://schemas.openxmlformats.org/officeDocument/2006/relationships/hyperlink" Target="http://edu.ru/index.php" TargetMode="External"/><Relationship Id="rId105" Type="http://schemas.openxmlformats.org/officeDocument/2006/relationships/hyperlink" Target="http://www.incredimail.com/english/gifts/c...008-ecards.aspx" TargetMode="External"/><Relationship Id="rId126" Type="http://schemas.openxmlformats.org/officeDocument/2006/relationships/hyperlink" Target="https://resh.edu.ru/subject/lesson/1529/main/" TargetMode="External"/><Relationship Id="rId147" Type="http://schemas.openxmlformats.org/officeDocument/2006/relationships/hyperlink" Target="http://prosv.ru/umk/vereshchagina" TargetMode="External"/><Relationship Id="rId168" Type="http://schemas.openxmlformats.org/officeDocument/2006/relationships/hyperlink" Target="http://www.mon.gov.ru" TargetMode="External"/><Relationship Id="rId8" Type="http://schemas.openxmlformats.org/officeDocument/2006/relationships/hyperlink" Target="https://resh.edu.ru/subject/%20%20lesson/920/" TargetMode="External"/><Relationship Id="rId51" Type="http://schemas.openxmlformats.org/officeDocument/2006/relationships/hyperlink" Target="http://prosv.ru/umk/vereshchagina" TargetMode="External"/><Relationship Id="rId72" Type="http://schemas.openxmlformats.org/officeDocument/2006/relationships/hyperlink" Target="http://school.iot.ru/" TargetMode="External"/><Relationship Id="rId93" Type="http://schemas.openxmlformats.org/officeDocument/2006/relationships/hyperlink" Target="http://www.prosv.ru" TargetMode="External"/><Relationship Id="rId98" Type="http://schemas.openxmlformats.org/officeDocument/2006/relationships/hyperlink" Target="http://www.ege.edu.ru" TargetMode="External"/><Relationship Id="rId121" Type="http://schemas.openxmlformats.org/officeDocument/2006/relationships/hyperlink" Target="https://resh.edu.ru/subject/lesson/2828/main/" TargetMode="External"/><Relationship Id="rId142" Type="http://schemas.openxmlformats.org/officeDocument/2006/relationships/hyperlink" Target="https://topuch.ru/reshenie-prikladnih-zadach-cele-obucheniya-2-2-ispolezovate-ab/index.html" TargetMode="External"/><Relationship Id="rId163" Type="http://schemas.openxmlformats.org/officeDocument/2006/relationships/hyperlink" Target="http://www.ioso.ru/distant/community" TargetMode="External"/><Relationship Id="rId184" Type="http://schemas.openxmlformats.org/officeDocument/2006/relationships/hyperlink" Target="http://www.schoolenglish.ru" TargetMode="External"/><Relationship Id="rId189" Type="http://schemas.openxmlformats.org/officeDocument/2006/relationships/hyperlink" Target="http://www.lingvo.ru/lingvo/" TargetMode="External"/><Relationship Id="rId219" Type="http://schemas.openxmlformats.org/officeDocument/2006/relationships/hyperlink" Target="http://www.cln.org/themes/songs.html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ict.edu.ru/" TargetMode="External"/><Relationship Id="rId230" Type="http://schemas.openxmlformats.org/officeDocument/2006/relationships/hyperlink" Target="http://www.abbyyonline.ru" TargetMode="External"/><Relationship Id="rId235" Type="http://schemas.openxmlformats.org/officeDocument/2006/relationships/hyperlink" Target="http://www.yourdictionary.com" TargetMode="External"/><Relationship Id="rId251" Type="http://schemas.openxmlformats.org/officeDocument/2006/relationships/hyperlink" Target="http://www.4flaga.ru" TargetMode="External"/><Relationship Id="rId256" Type="http://schemas.openxmlformats.org/officeDocument/2006/relationships/hyperlink" Target="http://www.onestopenglish.com" TargetMode="External"/><Relationship Id="rId25" Type="http://schemas.openxmlformats.org/officeDocument/2006/relationships/hyperlink" Target="http://prosv.ru/umk/vereshchagina" TargetMode="External"/><Relationship Id="rId46" Type="http://schemas.openxmlformats.org/officeDocument/2006/relationships/hyperlink" Target="http://www.prosv.ru" TargetMode="External"/><Relationship Id="rId67" Type="http://schemas.openxmlformats.org/officeDocument/2006/relationships/hyperlink" Target="http://www.ege.edu.ru" TargetMode="External"/><Relationship Id="rId116" Type="http://schemas.openxmlformats.org/officeDocument/2006/relationships/hyperlink" Target="http://prosv.ru/umk/vereshchagina" TargetMode="External"/><Relationship Id="rId137" Type="http://schemas.openxmlformats.org/officeDocument/2006/relationships/hyperlink" Target="http://www.4teachers.org/" TargetMode="External"/><Relationship Id="rId158" Type="http://schemas.openxmlformats.org/officeDocument/2006/relationships/hyperlink" Target="http://www.onestopenglish.com/" TargetMode="External"/><Relationship Id="rId20" Type="http://schemas.openxmlformats.org/officeDocument/2006/relationships/hyperlink" Target="http://prosv.ru/umk/%20vereshchagina" TargetMode="External"/><Relationship Id="rId41" Type="http://schemas.openxmlformats.org/officeDocument/2006/relationships/hyperlink" Target="http://prosv.ru/umk/vereshchagina" TargetMode="External"/><Relationship Id="rId62" Type="http://schemas.openxmlformats.org/officeDocument/2006/relationships/hyperlink" Target="http://www.prosv.ru" TargetMode="External"/><Relationship Id="rId83" Type="http://schemas.openxmlformats.org/officeDocument/2006/relationships/hyperlink" Target="https://resh.edu.ru/subject/lesson/2872/main/" TargetMode="External"/><Relationship Id="rId88" Type="http://schemas.openxmlformats.org/officeDocument/2006/relationships/hyperlink" Target="https://resh.edu.ru/subject/lesson/2841/main/" TargetMode="External"/><Relationship Id="rId111" Type="http://schemas.openxmlformats.org/officeDocument/2006/relationships/hyperlink" Target="https://resh.edu.ru/subject/%20lesson/4604/main/160558/" TargetMode="External"/><Relationship Id="rId132" Type="http://schemas.openxmlformats.org/officeDocument/2006/relationships/hyperlink" Target="http://school-collection.edu.ru" TargetMode="External"/><Relationship Id="rId153" Type="http://schemas.openxmlformats.org/officeDocument/2006/relationships/hyperlink" Target="http://prosv.ru/umk/vereshchagina" TargetMode="External"/><Relationship Id="rId174" Type="http://schemas.openxmlformats.org/officeDocument/2006/relationships/hyperlink" Target="http://www.voaspecialenglish.com" TargetMode="External"/><Relationship Id="rId179" Type="http://schemas.openxmlformats.org/officeDocument/2006/relationships/hyperlink" Target="http://www.english-to-go.com" TargetMode="External"/><Relationship Id="rId195" Type="http://schemas.openxmlformats.org/officeDocument/2006/relationships/hyperlink" Target="http://www.langinfo.ru/index.php?sect_id=2792" TargetMode="External"/><Relationship Id="rId209" Type="http://schemas.openxmlformats.org/officeDocument/2006/relationships/hyperlink" Target="http://www.myspace.com/thebeatles" TargetMode="External"/><Relationship Id="rId190" Type="http://schemas.openxmlformats.org/officeDocument/2006/relationships/hyperlink" Target="http://www.westegg.com/cliche/" TargetMode="External"/><Relationship Id="rId204" Type="http://schemas.openxmlformats.org/officeDocument/2006/relationships/hyperlink" Target="http://www.alleng.ru/english/examsch.htm" TargetMode="External"/><Relationship Id="rId220" Type="http://schemas.openxmlformats.org/officeDocument/2006/relationships/hyperlink" Target="http://www.falsefriends.ru/kids_songs.htm" TargetMode="External"/><Relationship Id="rId225" Type="http://schemas.openxmlformats.org/officeDocument/2006/relationships/hyperlink" Target="http://pro-spo.ru/internet/4176-internet-resursy-dlya-izucheniya-anglijskogo-yazyka" TargetMode="External"/><Relationship Id="rId241" Type="http://schemas.openxmlformats.org/officeDocument/2006/relationships/hyperlink" Target="http://eng.1september.ru" TargetMode="External"/><Relationship Id="rId246" Type="http://schemas.openxmlformats.org/officeDocument/2006/relationships/hyperlink" Target="http://www.englishforbusiness.ru" TargetMode="External"/><Relationship Id="rId267" Type="http://schemas.openxmlformats.org/officeDocument/2006/relationships/hyperlink" Target="http://www.esl-lounge.com" TargetMode="External"/><Relationship Id="rId15" Type="http://schemas.openxmlformats.org/officeDocument/2006/relationships/hyperlink" Target="http://prosv.ru/umk/%20vereshchagina" TargetMode="External"/><Relationship Id="rId36" Type="http://schemas.openxmlformats.org/officeDocument/2006/relationships/hyperlink" Target="http://www.incredimail.com/english/gifts/c...008-ecards.aspx" TargetMode="External"/><Relationship Id="rId57" Type="http://schemas.openxmlformats.org/officeDocument/2006/relationships/hyperlink" Target="http://prosv.ru/umk/vereshchagina" TargetMode="External"/><Relationship Id="rId106" Type="http://schemas.openxmlformats.org/officeDocument/2006/relationships/hyperlink" Target="http://www.edu.ru/modules.php?op=modload&amp;a...tsD&amp;show=10" TargetMode="External"/><Relationship Id="rId127" Type="http://schemas.openxmlformats.org/officeDocument/2006/relationships/hyperlink" Target="https://resh.edu.ru/subject/lesson/2811/start/" TargetMode="External"/><Relationship Id="rId262" Type="http://schemas.openxmlformats.org/officeDocument/2006/relationships/hyperlink" Target="http://www.teachers.tv" TargetMode="External"/><Relationship Id="rId10" Type="http://schemas.openxmlformats.org/officeDocument/2006/relationships/hyperlink" Target="https://resh.edu.ru/subject/%20%20lesson/925/" TargetMode="External"/><Relationship Id="rId31" Type="http://schemas.openxmlformats.org/officeDocument/2006/relationships/hyperlink" Target="http://edu.ru/index.php" TargetMode="External"/><Relationship Id="rId52" Type="http://schemas.openxmlformats.org/officeDocument/2006/relationships/hyperlink" Target="http://www.prosv.ru" TargetMode="External"/><Relationship Id="rId73" Type="http://schemas.openxmlformats.org/officeDocument/2006/relationships/hyperlink" Target="http://www.thefreedictionary.com" TargetMode="External"/><Relationship Id="rId78" Type="http://schemas.openxmlformats.org/officeDocument/2006/relationships/hyperlink" Target="https://resh.edu.ru/subject/lesson/510/" TargetMode="External"/><Relationship Id="rId94" Type="http://schemas.openxmlformats.org/officeDocument/2006/relationships/hyperlink" Target="http://prosv.ru/umk/vereshchagina" TargetMode="External"/><Relationship Id="rId99" Type="http://schemas.openxmlformats.org/officeDocument/2006/relationships/hyperlink" Target="http://www.fipi.ru" TargetMode="External"/><Relationship Id="rId101" Type="http://schemas.openxmlformats.org/officeDocument/2006/relationships/hyperlink" Target="http://www.fsu.edu.ru" TargetMode="External"/><Relationship Id="rId122" Type="http://schemas.openxmlformats.org/officeDocument/2006/relationships/hyperlink" Target="http://prosv.ru/umk/vereshchagina" TargetMode="External"/><Relationship Id="rId143" Type="http://schemas.openxmlformats.org/officeDocument/2006/relationships/hyperlink" Target="https://topuch.ru/lekciya-osnovi-masterstva-publichnogo-vistupleniya-plan/index.html" TargetMode="External"/><Relationship Id="rId148" Type="http://schemas.openxmlformats.org/officeDocument/2006/relationships/hyperlink" Target="http://prosv.ru/umk/vereshchagina" TargetMode="External"/><Relationship Id="rId164" Type="http://schemas.openxmlformats.org/officeDocument/2006/relationships/hyperlink" Target="http://school-collection.edu.ru" TargetMode="External"/><Relationship Id="rId169" Type="http://schemas.openxmlformats.org/officeDocument/2006/relationships/hyperlink" Target="http://www.ed.gov.ru" TargetMode="External"/><Relationship Id="rId185" Type="http://schemas.openxmlformats.org/officeDocument/2006/relationships/hyperlink" Target="http://www.edu.ru/modules.php?op=modload&amp;a...tsD&amp;show=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%20lesson/2896/start/" TargetMode="External"/><Relationship Id="rId180" Type="http://schemas.openxmlformats.org/officeDocument/2006/relationships/hyperlink" Target="http://www.podcastsinenglish.com/index.htm" TargetMode="External"/><Relationship Id="rId210" Type="http://schemas.openxmlformats.org/officeDocument/2006/relationships/hyperlink" Target="http://www.liverpool.gov.uk/search/googlesearch.asp?q=the+beatles&amp;submit=search" TargetMode="External"/><Relationship Id="rId215" Type="http://schemas.openxmlformats.org/officeDocument/2006/relationships/hyperlink" Target="http://fcior.edu.ru/" TargetMode="External"/><Relationship Id="rId236" Type="http://schemas.openxmlformats.org/officeDocument/2006/relationships/hyperlink" Target="http://www.websters-online-dictionary.org" TargetMode="External"/><Relationship Id="rId257" Type="http://schemas.openxmlformats.org/officeDocument/2006/relationships/hyperlink" Target="http://www.audiobooksforfree.com" TargetMode="External"/><Relationship Id="rId26" Type="http://schemas.openxmlformats.org/officeDocument/2006/relationships/hyperlink" Target="https://resh.edu.ru/subject/11/" TargetMode="External"/><Relationship Id="rId231" Type="http://schemas.openxmlformats.org/officeDocument/2006/relationships/hyperlink" Target="http://slovari.yandex.ru" TargetMode="External"/><Relationship Id="rId252" Type="http://schemas.openxmlformats.org/officeDocument/2006/relationships/hyperlink" Target="http://www.voanews.com/specialenglish/index.cfm" TargetMode="External"/><Relationship Id="rId47" Type="http://schemas.openxmlformats.org/officeDocument/2006/relationships/hyperlink" Target="http://prosv.ru/umk/vereshchagina" TargetMode="External"/><Relationship Id="rId68" Type="http://schemas.openxmlformats.org/officeDocument/2006/relationships/hyperlink" Target="http://www.fipi.ru" TargetMode="External"/><Relationship Id="rId89" Type="http://schemas.openxmlformats.org/officeDocument/2006/relationships/hyperlink" Target="https://resh.edu.ru/subject/lesson/2885/main/" TargetMode="External"/><Relationship Id="rId112" Type="http://schemas.openxmlformats.org/officeDocument/2006/relationships/hyperlink" Target="https://resh.edu.ru/subject/lesson/2838/main/" TargetMode="External"/><Relationship Id="rId133" Type="http://schemas.openxmlformats.org/officeDocument/2006/relationships/hyperlink" Target="http://www.ege.edu.ru" TargetMode="External"/><Relationship Id="rId154" Type="http://schemas.openxmlformats.org/officeDocument/2006/relationships/hyperlink" Target="http://prosv.ru/umk/vereshchagina" TargetMode="External"/><Relationship Id="rId175" Type="http://schemas.openxmlformats.org/officeDocument/2006/relationships/hyperlink" Target="http://www.eslgold.com/" TargetMode="External"/><Relationship Id="rId196" Type="http://schemas.openxmlformats.org/officeDocument/2006/relationships/hyperlink" Target="http://www.englishteachers.ru/" TargetMode="External"/><Relationship Id="rId200" Type="http://schemas.openxmlformats.org/officeDocument/2006/relationships/hyperlink" Target="http://www.sitesforteachers.com/index.html" TargetMode="External"/><Relationship Id="rId16" Type="http://schemas.openxmlformats.org/officeDocument/2006/relationships/hyperlink" Target="https://resh.edu.ru/subject/%20lesson/504/" TargetMode="External"/><Relationship Id="rId221" Type="http://schemas.openxmlformats.org/officeDocument/2006/relationships/hyperlink" Target="http://www.englishforkids.ru/archive.shtml" TargetMode="External"/><Relationship Id="rId242" Type="http://schemas.openxmlformats.org/officeDocument/2006/relationships/hyperlink" Target="http://www.fluent-english.ru" TargetMode="External"/><Relationship Id="rId263" Type="http://schemas.openxmlformats.org/officeDocument/2006/relationships/hyperlink" Target="http://www.amusingfacts.com" TargetMode="External"/><Relationship Id="rId37" Type="http://schemas.openxmlformats.org/officeDocument/2006/relationships/hyperlink" Target="http://www.edu.ru/modules.php" TargetMode="External"/><Relationship Id="rId58" Type="http://schemas.openxmlformats.org/officeDocument/2006/relationships/hyperlink" Target="http://www.prosv.ru" TargetMode="External"/><Relationship Id="rId79" Type="http://schemas.openxmlformats.org/officeDocument/2006/relationships/hyperlink" Target="https://resh.edu.ru/subject/lesson/1571/start/" TargetMode="External"/><Relationship Id="rId102" Type="http://schemas.openxmlformats.org/officeDocument/2006/relationships/hyperlink" Target="http://www.4teachers.org/" TargetMode="External"/><Relationship Id="rId123" Type="http://schemas.openxmlformats.org/officeDocument/2006/relationships/hyperlink" Target="https://resh.edu.ru/subject/lesson/6339/main/136059/" TargetMode="External"/><Relationship Id="rId144" Type="http://schemas.openxmlformats.org/officeDocument/2006/relationships/hyperlink" Target="http://prosv.ru/umk/vereshchagina" TargetMode="External"/><Relationship Id="rId90" Type="http://schemas.openxmlformats.org/officeDocument/2006/relationships/hyperlink" Target="http://www.4teachers.org/" TargetMode="External"/><Relationship Id="rId165" Type="http://schemas.openxmlformats.org/officeDocument/2006/relationships/hyperlink" Target="http://www.bbc.co.uk/schools/starship/english" TargetMode="External"/><Relationship Id="rId186" Type="http://schemas.openxmlformats.org/officeDocument/2006/relationships/hyperlink" Target="http://www.merriam-webster.com/dictionary.htm" TargetMode="External"/><Relationship Id="rId211" Type="http://schemas.openxmlformats.org/officeDocument/2006/relationships/hyperlink" Target="http://www.study.ru" TargetMode="External"/><Relationship Id="rId232" Type="http://schemas.openxmlformats.org/officeDocument/2006/relationships/hyperlink" Target="http://dictionary.cambridge.org" TargetMode="External"/><Relationship Id="rId253" Type="http://schemas.openxmlformats.org/officeDocument/2006/relationships/hyperlink" Target="http://veryvocabulary.blogspot.com" TargetMode="External"/><Relationship Id="rId27" Type="http://schemas.openxmlformats.org/officeDocument/2006/relationships/hyperlink" Target="http://www.onestopenglish.com/" TargetMode="External"/><Relationship Id="rId48" Type="http://schemas.openxmlformats.org/officeDocument/2006/relationships/hyperlink" Target="http://www.prosv.ru" TargetMode="External"/><Relationship Id="rId69" Type="http://schemas.openxmlformats.org/officeDocument/2006/relationships/hyperlink" Target="http://edu.ru/index.php" TargetMode="External"/><Relationship Id="rId113" Type="http://schemas.openxmlformats.org/officeDocument/2006/relationships/hyperlink" Target="https://resh.edu.ru/subject/lesson/1503/main/" TargetMode="External"/><Relationship Id="rId134" Type="http://schemas.openxmlformats.org/officeDocument/2006/relationships/hyperlink" Target="http://www.fipi.ru" TargetMode="External"/><Relationship Id="rId80" Type="http://schemas.openxmlformats.org/officeDocument/2006/relationships/hyperlink" Target="https://resh.edu.ru/subject/lesson/2872/main/" TargetMode="External"/><Relationship Id="rId155" Type="http://schemas.openxmlformats.org/officeDocument/2006/relationships/hyperlink" Target="http://prosv.ru/umk/vereshchagina" TargetMode="External"/><Relationship Id="rId176" Type="http://schemas.openxmlformats.org/officeDocument/2006/relationships/hyperlink" Target="http://www.thefreedictionary.com" TargetMode="External"/><Relationship Id="rId197" Type="http://schemas.openxmlformats.org/officeDocument/2006/relationships/hyperlink" Target="http://www.posobiya.ru/NACH_SKOOL/INOSTR/index.html" TargetMode="External"/><Relationship Id="rId201" Type="http://schemas.openxmlformats.org/officeDocument/2006/relationships/hyperlink" Target="http://www.uchmarket.ru/n_501_8.htm" TargetMode="External"/><Relationship Id="rId222" Type="http://schemas.openxmlformats.org/officeDocument/2006/relationships/hyperlink" Target="https://interneturok.ru/subject/english" TargetMode="External"/><Relationship Id="rId243" Type="http://schemas.openxmlformats.org/officeDocument/2006/relationships/hyperlink" Target="http://englishteachers.ru" TargetMode="External"/><Relationship Id="rId264" Type="http://schemas.openxmlformats.org/officeDocument/2006/relationships/hyperlink" Target="http://read-english.narod.ru" TargetMode="External"/><Relationship Id="rId17" Type="http://schemas.openxmlformats.org/officeDocument/2006/relationships/hyperlink" Target="https://resh.edu.ru/subject/%20lesson/2828/main/" TargetMode="External"/><Relationship Id="rId38" Type="http://schemas.openxmlformats.org/officeDocument/2006/relationships/hyperlink" Target="https://topuch.ru/reshenie-prikladnih-zadach-cele-obucheniya-2-2-ispolezovate-ab/index.html" TargetMode="External"/><Relationship Id="rId59" Type="http://schemas.openxmlformats.org/officeDocument/2006/relationships/hyperlink" Target="http://prosv.ru/umk/vereshchagina" TargetMode="External"/><Relationship Id="rId103" Type="http://schemas.openxmlformats.org/officeDocument/2006/relationships/hyperlink" Target="http://school.iot.ru/" TargetMode="External"/><Relationship Id="rId124" Type="http://schemas.openxmlformats.org/officeDocument/2006/relationships/hyperlink" Target="https://resh.edu.ru/subject/lesson/2902/main/" TargetMode="External"/><Relationship Id="rId70" Type="http://schemas.openxmlformats.org/officeDocument/2006/relationships/hyperlink" Target="http://www.fsu.edu.ru" TargetMode="External"/><Relationship Id="rId91" Type="http://schemas.openxmlformats.org/officeDocument/2006/relationships/hyperlink" Target="https://resh.edu.ru/subject/lesson/2831/start/" TargetMode="External"/><Relationship Id="rId145" Type="http://schemas.openxmlformats.org/officeDocument/2006/relationships/hyperlink" Target="http://prosv.ru/umk/vereshchagina" TargetMode="External"/><Relationship Id="rId166" Type="http://schemas.openxmlformats.org/officeDocument/2006/relationships/hyperlink" Target="http://www.usembassy.ru/english.htm" TargetMode="External"/><Relationship Id="rId187" Type="http://schemas.openxmlformats.org/officeDocument/2006/relationships/hyperlink" Target="http://www.thefreedictionary.com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i-love-english.ru" TargetMode="External"/><Relationship Id="rId233" Type="http://schemas.openxmlformats.org/officeDocument/2006/relationships/hyperlink" Target="http://dictionary.reference.com" TargetMode="External"/><Relationship Id="rId254" Type="http://schemas.openxmlformats.org/officeDocument/2006/relationships/hyperlink" Target="http://www.podcastsinenglish.com/index.htm" TargetMode="External"/><Relationship Id="rId28" Type="http://schemas.openxmlformats.org/officeDocument/2006/relationships/hyperlink" Target="http://school-collection.edu.ru" TargetMode="External"/><Relationship Id="rId49" Type="http://schemas.openxmlformats.org/officeDocument/2006/relationships/hyperlink" Target="http://prosv.ru/umk/vereshchagina" TargetMode="External"/><Relationship Id="rId114" Type="http://schemas.openxmlformats.org/officeDocument/2006/relationships/hyperlink" Target="http://prosv.ru/umk/vereshchag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41182</Words>
  <Characters>234743</Characters>
  <Application>Microsoft Office Word</Application>
  <DocSecurity>0</DocSecurity>
  <Lines>1956</Lines>
  <Paragraphs>550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2023-11-16T09:25:00Z</dcterms:created>
  <dcterms:modified xsi:type="dcterms:W3CDTF">2023-11-16T09:29:00Z</dcterms:modified>
</cp:coreProperties>
</file>